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BCED3" w14:textId="77777777" w:rsidR="00ED4534" w:rsidRPr="00337C94" w:rsidRDefault="00AF4779">
      <w:pPr>
        <w:jc w:val="center"/>
        <w:rPr>
          <w:rFonts w:ascii="Aptos" w:hAnsi="Aptos"/>
        </w:rPr>
      </w:pPr>
      <w:r w:rsidRPr="00337C94">
        <w:rPr>
          <w:rFonts w:ascii="Aptos" w:hAnsi="Aptos"/>
          <w:b/>
          <w:sz w:val="44"/>
        </w:rPr>
        <w:t>DE HERFST IN NEDERLAND</w:t>
      </w:r>
    </w:p>
    <w:p w14:paraId="4CABA611" w14:textId="6D47B9B0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Naam: __________________________________________    </w:t>
      </w:r>
    </w:p>
    <w:p w14:paraId="700EB4D6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1. Lees de tekst</w:t>
      </w:r>
    </w:p>
    <w:p w14:paraId="7F3C6DB3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In Nederland zijn er vier </w:t>
      </w:r>
      <w:r w:rsidRPr="00682095">
        <w:rPr>
          <w:rFonts w:ascii="Aptos" w:hAnsi="Aptos"/>
          <w:b/>
          <w:bCs/>
          <w:sz w:val="32"/>
          <w:szCs w:val="32"/>
        </w:rPr>
        <w:t>seizoenen</w:t>
      </w:r>
      <w:r w:rsidRPr="00F76ADE">
        <w:rPr>
          <w:rFonts w:ascii="Aptos" w:hAnsi="Aptos"/>
          <w:sz w:val="32"/>
          <w:szCs w:val="32"/>
        </w:rPr>
        <w:t>. De lente, de zomer, de herfst en de winter.</w:t>
      </w:r>
    </w:p>
    <w:p w14:paraId="4C4964E3" w14:textId="7EED6550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Na de zomer begint de herfst. De herfst </w:t>
      </w:r>
      <w:proofErr w:type="spellStart"/>
      <w:r w:rsidRPr="00F76ADE">
        <w:rPr>
          <w:rFonts w:ascii="Aptos" w:hAnsi="Aptos"/>
          <w:sz w:val="32"/>
          <w:szCs w:val="32"/>
        </w:rPr>
        <w:t>begint</w:t>
      </w:r>
      <w:proofErr w:type="spellEnd"/>
      <w:r w:rsidRPr="00F76ADE">
        <w:rPr>
          <w:rFonts w:ascii="Aptos" w:hAnsi="Aptos"/>
          <w:sz w:val="32"/>
          <w:szCs w:val="32"/>
        </w:rPr>
        <w:t xml:space="preserve"> </w:t>
      </w:r>
      <w:r w:rsidR="00F76ADE">
        <w:rPr>
          <w:rFonts w:ascii="Aptos" w:hAnsi="Aptos"/>
          <w:sz w:val="32"/>
          <w:szCs w:val="32"/>
        </w:rPr>
        <w:t xml:space="preserve">op 21 </w:t>
      </w:r>
      <w:r w:rsidRPr="00F76ADE">
        <w:rPr>
          <w:rFonts w:ascii="Aptos" w:hAnsi="Aptos"/>
          <w:sz w:val="32"/>
          <w:szCs w:val="32"/>
        </w:rPr>
        <w:t xml:space="preserve">september. Het wordt dan </w:t>
      </w:r>
      <w:r w:rsidRPr="00682095">
        <w:rPr>
          <w:rFonts w:ascii="Aptos" w:hAnsi="Aptos"/>
          <w:b/>
          <w:bCs/>
          <w:sz w:val="32"/>
          <w:szCs w:val="32"/>
        </w:rPr>
        <w:t>langzaam</w:t>
      </w:r>
      <w:r w:rsidRPr="00F76ADE">
        <w:rPr>
          <w:rFonts w:ascii="Aptos" w:hAnsi="Aptos"/>
          <w:sz w:val="32"/>
          <w:szCs w:val="32"/>
        </w:rPr>
        <w:t xml:space="preserve"> kouder.</w:t>
      </w:r>
    </w:p>
    <w:p w14:paraId="36B031DB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In de herfst regent het vaak. De lucht is soms grijs. Ook waait het vaak hard. Je hebt dan een jas of een </w:t>
      </w:r>
      <w:r w:rsidRPr="00682095">
        <w:rPr>
          <w:rFonts w:ascii="Aptos" w:hAnsi="Aptos"/>
          <w:b/>
          <w:bCs/>
          <w:sz w:val="32"/>
          <w:szCs w:val="32"/>
        </w:rPr>
        <w:t xml:space="preserve">regenjas </w:t>
      </w:r>
      <w:r w:rsidRPr="00F76ADE">
        <w:rPr>
          <w:rFonts w:ascii="Aptos" w:hAnsi="Aptos"/>
          <w:sz w:val="32"/>
          <w:szCs w:val="32"/>
        </w:rPr>
        <w:t>nodig.</w:t>
      </w:r>
    </w:p>
    <w:p w14:paraId="20756CC9" w14:textId="189FE821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In de herfst veranderen de bomen. De bladeren zijn eerst groen. Daarna worden ze geel, oranje, rood en bruin. De bladeren vallen van de bomen. Op de grond liggen veel </w:t>
      </w:r>
      <w:proofErr w:type="spellStart"/>
      <w:r w:rsidRPr="00F76ADE">
        <w:rPr>
          <w:rFonts w:ascii="Aptos" w:hAnsi="Aptos"/>
          <w:sz w:val="32"/>
          <w:szCs w:val="32"/>
        </w:rPr>
        <w:t>bladeren</w:t>
      </w:r>
      <w:proofErr w:type="spellEnd"/>
      <w:r w:rsidR="00682095">
        <w:rPr>
          <w:rFonts w:ascii="Aptos" w:hAnsi="Aptos"/>
          <w:sz w:val="32"/>
          <w:szCs w:val="32"/>
        </w:rPr>
        <w:t xml:space="preserve">. </w:t>
      </w:r>
      <w:r w:rsidR="00682095">
        <w:rPr>
          <w:rFonts w:ascii="Aptos" w:hAnsi="Aptos"/>
          <w:sz w:val="32"/>
          <w:szCs w:val="32"/>
        </w:rPr>
        <w:br/>
        <w:t xml:space="preserve">Soms </w:t>
      </w:r>
      <w:proofErr w:type="spellStart"/>
      <w:r w:rsidR="00682095">
        <w:rPr>
          <w:rFonts w:ascii="Aptos" w:hAnsi="Aptos"/>
          <w:sz w:val="32"/>
          <w:szCs w:val="32"/>
        </w:rPr>
        <w:t>liggen</w:t>
      </w:r>
      <w:proofErr w:type="spellEnd"/>
      <w:r w:rsidR="00682095">
        <w:rPr>
          <w:rFonts w:ascii="Aptos" w:hAnsi="Aptos"/>
          <w:sz w:val="32"/>
          <w:szCs w:val="32"/>
        </w:rPr>
        <w:t xml:space="preserve"> er </w:t>
      </w:r>
      <w:proofErr w:type="spellStart"/>
      <w:r w:rsidR="00682095">
        <w:rPr>
          <w:rFonts w:ascii="Aptos" w:hAnsi="Aptos"/>
          <w:sz w:val="32"/>
          <w:szCs w:val="32"/>
        </w:rPr>
        <w:t>ook</w:t>
      </w:r>
      <w:proofErr w:type="spellEnd"/>
      <w:r w:rsidR="00682095">
        <w:rPr>
          <w:rFonts w:ascii="Aptos" w:hAnsi="Aptos"/>
          <w:sz w:val="32"/>
          <w:szCs w:val="32"/>
        </w:rPr>
        <w:t xml:space="preserve"> </w:t>
      </w:r>
      <w:proofErr w:type="spellStart"/>
      <w:r w:rsidR="00682095" w:rsidRPr="00682095">
        <w:rPr>
          <w:rFonts w:ascii="Aptos" w:hAnsi="Aptos"/>
          <w:b/>
          <w:bCs/>
          <w:sz w:val="32"/>
          <w:szCs w:val="32"/>
        </w:rPr>
        <w:t>kastanjes</w:t>
      </w:r>
      <w:proofErr w:type="spellEnd"/>
      <w:r w:rsidR="00682095">
        <w:rPr>
          <w:rFonts w:ascii="Aptos" w:hAnsi="Aptos"/>
          <w:sz w:val="32"/>
          <w:szCs w:val="32"/>
        </w:rPr>
        <w:t xml:space="preserve"> en </w:t>
      </w:r>
      <w:proofErr w:type="spellStart"/>
      <w:r w:rsidR="00682095" w:rsidRPr="00682095">
        <w:rPr>
          <w:rFonts w:ascii="Aptos" w:hAnsi="Aptos"/>
          <w:b/>
          <w:bCs/>
          <w:sz w:val="32"/>
          <w:szCs w:val="32"/>
        </w:rPr>
        <w:t>eikels</w:t>
      </w:r>
      <w:proofErr w:type="spellEnd"/>
      <w:r w:rsidR="00682095" w:rsidRPr="00682095">
        <w:rPr>
          <w:rFonts w:ascii="Aptos" w:hAnsi="Aptos"/>
          <w:b/>
          <w:bCs/>
          <w:sz w:val="32"/>
          <w:szCs w:val="32"/>
        </w:rPr>
        <w:t>.</w:t>
      </w:r>
      <w:r w:rsidR="00682095">
        <w:rPr>
          <w:rFonts w:ascii="Aptos" w:hAnsi="Aptos"/>
          <w:sz w:val="32"/>
          <w:szCs w:val="32"/>
        </w:rPr>
        <w:t xml:space="preserve"> </w:t>
      </w:r>
      <w:r w:rsidR="00682095">
        <w:rPr>
          <w:rFonts w:ascii="Aptos" w:hAnsi="Aptos"/>
          <w:sz w:val="32"/>
          <w:szCs w:val="32"/>
        </w:rPr>
        <w:br/>
        <w:t xml:space="preserve">In het </w:t>
      </w:r>
      <w:proofErr w:type="spellStart"/>
      <w:r w:rsidR="00682095">
        <w:rPr>
          <w:rFonts w:ascii="Aptos" w:hAnsi="Aptos"/>
          <w:sz w:val="32"/>
          <w:szCs w:val="32"/>
        </w:rPr>
        <w:t>bos</w:t>
      </w:r>
      <w:proofErr w:type="spellEnd"/>
      <w:r w:rsidR="00682095">
        <w:rPr>
          <w:rFonts w:ascii="Aptos" w:hAnsi="Aptos"/>
          <w:sz w:val="32"/>
          <w:szCs w:val="32"/>
        </w:rPr>
        <w:t xml:space="preserve"> </w:t>
      </w:r>
      <w:proofErr w:type="spellStart"/>
      <w:r w:rsidR="00682095">
        <w:rPr>
          <w:rFonts w:ascii="Aptos" w:hAnsi="Aptos"/>
          <w:sz w:val="32"/>
          <w:szCs w:val="32"/>
        </w:rPr>
        <w:t>staan</w:t>
      </w:r>
      <w:proofErr w:type="spellEnd"/>
      <w:r w:rsidR="00682095">
        <w:rPr>
          <w:rFonts w:ascii="Aptos" w:hAnsi="Aptos"/>
          <w:sz w:val="32"/>
          <w:szCs w:val="32"/>
        </w:rPr>
        <w:t xml:space="preserve"> </w:t>
      </w:r>
      <w:proofErr w:type="spellStart"/>
      <w:r w:rsidR="00682095">
        <w:rPr>
          <w:rFonts w:ascii="Aptos" w:hAnsi="Aptos"/>
          <w:sz w:val="32"/>
          <w:szCs w:val="32"/>
        </w:rPr>
        <w:t>vaak</w:t>
      </w:r>
      <w:proofErr w:type="spellEnd"/>
      <w:r w:rsidR="00682095">
        <w:rPr>
          <w:rFonts w:ascii="Aptos" w:hAnsi="Aptos"/>
          <w:sz w:val="32"/>
          <w:szCs w:val="32"/>
        </w:rPr>
        <w:t xml:space="preserve"> </w:t>
      </w:r>
      <w:proofErr w:type="spellStart"/>
      <w:r w:rsidR="00682095" w:rsidRPr="00682095">
        <w:rPr>
          <w:rFonts w:ascii="Aptos" w:hAnsi="Aptos"/>
          <w:b/>
          <w:bCs/>
          <w:sz w:val="32"/>
          <w:szCs w:val="32"/>
        </w:rPr>
        <w:t>paddestoelen</w:t>
      </w:r>
      <w:proofErr w:type="spellEnd"/>
      <w:r w:rsidR="00682095">
        <w:rPr>
          <w:rFonts w:ascii="Aptos" w:hAnsi="Aptos"/>
          <w:sz w:val="32"/>
          <w:szCs w:val="32"/>
        </w:rPr>
        <w:t xml:space="preserve">. </w:t>
      </w:r>
    </w:p>
    <w:p w14:paraId="53DB26C5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Soms schijnt de zon in de herfst. Dan is het buiten mooi en rustig. Je kunt dan </w:t>
      </w:r>
      <w:r w:rsidRPr="00682095">
        <w:rPr>
          <w:rFonts w:ascii="Aptos" w:hAnsi="Aptos"/>
          <w:b/>
          <w:bCs/>
          <w:sz w:val="32"/>
          <w:szCs w:val="32"/>
        </w:rPr>
        <w:t>wandelen</w:t>
      </w:r>
      <w:r w:rsidRPr="00F76ADE">
        <w:rPr>
          <w:rFonts w:ascii="Aptos" w:hAnsi="Aptos"/>
          <w:sz w:val="32"/>
          <w:szCs w:val="32"/>
        </w:rPr>
        <w:t xml:space="preserve"> of </w:t>
      </w:r>
      <w:r w:rsidRPr="00682095">
        <w:rPr>
          <w:rFonts w:ascii="Aptos" w:hAnsi="Aptos"/>
          <w:b/>
          <w:bCs/>
          <w:sz w:val="32"/>
          <w:szCs w:val="32"/>
        </w:rPr>
        <w:t>fietsen</w:t>
      </w:r>
      <w:r w:rsidRPr="00F76ADE">
        <w:rPr>
          <w:rFonts w:ascii="Aptos" w:hAnsi="Aptos"/>
          <w:sz w:val="32"/>
          <w:szCs w:val="32"/>
        </w:rPr>
        <w:t>. Maar het kan ook koud en nat zijn.</w:t>
      </w:r>
    </w:p>
    <w:p w14:paraId="196B45E9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In oktober en november wordt het steeds kouder. De dagen worden korter. Het wordt vroeg </w:t>
      </w:r>
      <w:r w:rsidRPr="00682095">
        <w:rPr>
          <w:rFonts w:ascii="Aptos" w:hAnsi="Aptos"/>
          <w:b/>
          <w:bCs/>
          <w:sz w:val="32"/>
          <w:szCs w:val="32"/>
        </w:rPr>
        <w:t>donker</w:t>
      </w:r>
      <w:r w:rsidRPr="00F76ADE">
        <w:rPr>
          <w:rFonts w:ascii="Aptos" w:hAnsi="Aptos"/>
          <w:sz w:val="32"/>
          <w:szCs w:val="32"/>
        </w:rPr>
        <w:t>.</w:t>
      </w:r>
    </w:p>
    <w:p w14:paraId="4365B62A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Veel jongeren gaan met de fiets naar school. Bij regen trekken ze een regenjas aan. Sommige jongeren nemen een </w:t>
      </w:r>
      <w:r w:rsidRPr="00682095">
        <w:rPr>
          <w:rFonts w:ascii="Aptos" w:hAnsi="Aptos"/>
          <w:b/>
          <w:bCs/>
          <w:sz w:val="32"/>
          <w:szCs w:val="32"/>
        </w:rPr>
        <w:t>paraplu</w:t>
      </w:r>
      <w:r w:rsidRPr="00F76ADE">
        <w:rPr>
          <w:rFonts w:ascii="Aptos" w:hAnsi="Aptos"/>
          <w:sz w:val="32"/>
          <w:szCs w:val="32"/>
        </w:rPr>
        <w:t xml:space="preserve"> mee.</w:t>
      </w:r>
    </w:p>
    <w:p w14:paraId="300A3DC7" w14:textId="3D9ECD6A" w:rsidR="00ED4534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Na de herfst komt de winter. </w:t>
      </w:r>
      <w:r w:rsidR="00F76ADE">
        <w:rPr>
          <w:rFonts w:ascii="Aptos" w:hAnsi="Aptos"/>
          <w:sz w:val="32"/>
          <w:szCs w:val="32"/>
        </w:rPr>
        <w:t xml:space="preserve">De winter </w:t>
      </w:r>
      <w:proofErr w:type="spellStart"/>
      <w:r w:rsidR="00F76ADE">
        <w:rPr>
          <w:rFonts w:ascii="Aptos" w:hAnsi="Aptos"/>
          <w:sz w:val="32"/>
          <w:szCs w:val="32"/>
        </w:rPr>
        <w:t>begint</w:t>
      </w:r>
      <w:proofErr w:type="spellEnd"/>
      <w:r w:rsidR="00F76ADE">
        <w:rPr>
          <w:rFonts w:ascii="Aptos" w:hAnsi="Aptos"/>
          <w:sz w:val="32"/>
          <w:szCs w:val="32"/>
        </w:rPr>
        <w:t xml:space="preserve"> op 21 december. </w:t>
      </w:r>
      <w:r w:rsidR="00F76ADE">
        <w:rPr>
          <w:rFonts w:ascii="Aptos" w:hAnsi="Aptos"/>
          <w:sz w:val="32"/>
          <w:szCs w:val="32"/>
        </w:rPr>
        <w:br/>
      </w:r>
      <w:r w:rsidRPr="00F76ADE">
        <w:rPr>
          <w:rFonts w:ascii="Aptos" w:hAnsi="Aptos"/>
          <w:sz w:val="32"/>
          <w:szCs w:val="32"/>
        </w:rPr>
        <w:t xml:space="preserve">Dan is het </w:t>
      </w:r>
      <w:proofErr w:type="spellStart"/>
      <w:r w:rsidRPr="00F76ADE">
        <w:rPr>
          <w:rFonts w:ascii="Aptos" w:hAnsi="Aptos"/>
          <w:sz w:val="32"/>
          <w:szCs w:val="32"/>
        </w:rPr>
        <w:t>meestal</w:t>
      </w:r>
      <w:proofErr w:type="spellEnd"/>
      <w:r w:rsidRPr="00F76ADE">
        <w:rPr>
          <w:rFonts w:ascii="Aptos" w:hAnsi="Aptos"/>
          <w:sz w:val="32"/>
          <w:szCs w:val="32"/>
        </w:rPr>
        <w:t xml:space="preserve"> nog </w:t>
      </w:r>
      <w:proofErr w:type="spellStart"/>
      <w:r w:rsidRPr="00F76ADE">
        <w:rPr>
          <w:rFonts w:ascii="Aptos" w:hAnsi="Aptos"/>
          <w:sz w:val="32"/>
          <w:szCs w:val="32"/>
        </w:rPr>
        <w:t>kouder</w:t>
      </w:r>
      <w:proofErr w:type="spellEnd"/>
      <w:r w:rsidRPr="00F76ADE">
        <w:rPr>
          <w:rFonts w:ascii="Aptos" w:hAnsi="Aptos"/>
          <w:sz w:val="32"/>
          <w:szCs w:val="32"/>
        </w:rPr>
        <w:t xml:space="preserve">. Soms </w:t>
      </w:r>
      <w:proofErr w:type="spellStart"/>
      <w:r w:rsidRPr="00F76ADE">
        <w:rPr>
          <w:rFonts w:ascii="Aptos" w:hAnsi="Aptos"/>
          <w:sz w:val="32"/>
          <w:szCs w:val="32"/>
        </w:rPr>
        <w:t>sneeuwt</w:t>
      </w:r>
      <w:proofErr w:type="spellEnd"/>
      <w:r w:rsidRPr="00F76ADE">
        <w:rPr>
          <w:rFonts w:ascii="Aptos" w:hAnsi="Aptos"/>
          <w:sz w:val="32"/>
          <w:szCs w:val="32"/>
        </w:rPr>
        <w:t xml:space="preserve"> het in Nederland.</w:t>
      </w:r>
    </w:p>
    <w:p w14:paraId="12FBE0AA" w14:textId="77777777" w:rsidR="00F76ADE" w:rsidRDefault="00F76ADE">
      <w:pPr>
        <w:rPr>
          <w:rFonts w:ascii="Aptos" w:hAnsi="Aptos"/>
          <w:sz w:val="32"/>
          <w:szCs w:val="32"/>
        </w:rPr>
      </w:pPr>
    </w:p>
    <w:p w14:paraId="1DD0BEF7" w14:textId="77777777" w:rsidR="00F76ADE" w:rsidRDefault="00F76ADE">
      <w:pPr>
        <w:rPr>
          <w:rFonts w:ascii="Aptos" w:hAnsi="Aptos"/>
          <w:sz w:val="32"/>
          <w:szCs w:val="32"/>
        </w:rPr>
      </w:pPr>
    </w:p>
    <w:p w14:paraId="275C2AB1" w14:textId="77777777" w:rsidR="00F76ADE" w:rsidRDefault="00F76ADE">
      <w:pPr>
        <w:rPr>
          <w:rFonts w:ascii="Aptos" w:hAnsi="Aptos"/>
          <w:sz w:val="32"/>
          <w:szCs w:val="32"/>
        </w:rPr>
      </w:pPr>
    </w:p>
    <w:p w14:paraId="1572B99F" w14:textId="77777777" w:rsidR="00F76ADE" w:rsidRPr="00F76ADE" w:rsidRDefault="00F76ADE">
      <w:pPr>
        <w:rPr>
          <w:rFonts w:ascii="Aptos" w:hAnsi="Aptos"/>
          <w:sz w:val="32"/>
          <w:szCs w:val="32"/>
        </w:rPr>
      </w:pPr>
    </w:p>
    <w:p w14:paraId="04EAC6B5" w14:textId="30E8106C" w:rsidR="00682095" w:rsidRDefault="00AF4779">
      <w:pPr>
        <w:rPr>
          <w:rFonts w:ascii="Aptos" w:hAnsi="Aptos"/>
          <w:bCs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 xml:space="preserve">2. </w:t>
      </w:r>
      <w:r w:rsidR="00682095">
        <w:rPr>
          <w:rFonts w:ascii="Aptos" w:hAnsi="Aptos"/>
          <w:b/>
          <w:sz w:val="32"/>
          <w:szCs w:val="32"/>
        </w:rPr>
        <w:t>Lees de woorden.</w:t>
      </w:r>
      <w:r w:rsidR="00682095">
        <w:rPr>
          <w:rFonts w:ascii="Aptos" w:hAnsi="Aptos"/>
          <w:b/>
          <w:sz w:val="32"/>
          <w:szCs w:val="32"/>
        </w:rPr>
        <w:br/>
      </w:r>
      <w:r w:rsidR="00682095" w:rsidRPr="00682095">
        <w:rPr>
          <w:rFonts w:ascii="Aptos" w:hAnsi="Aptos"/>
          <w:bCs/>
          <w:sz w:val="32"/>
          <w:szCs w:val="32"/>
        </w:rPr>
        <w:t xml:space="preserve">Weet je wat het is? Schrijf op in je eigen taal. </w:t>
      </w:r>
      <w:r w:rsidR="00682095" w:rsidRPr="00682095">
        <w:rPr>
          <w:rFonts w:ascii="Aptos" w:hAnsi="Aptos"/>
          <w:bCs/>
          <w:sz w:val="32"/>
          <w:szCs w:val="32"/>
        </w:rPr>
        <w:br/>
      </w:r>
      <w:proofErr w:type="spellStart"/>
      <w:r w:rsidR="00682095" w:rsidRPr="00682095">
        <w:rPr>
          <w:rFonts w:ascii="Aptos" w:hAnsi="Aptos"/>
          <w:bCs/>
          <w:sz w:val="32"/>
          <w:szCs w:val="32"/>
        </w:rPr>
        <w:t>Tekenen</w:t>
      </w:r>
      <w:proofErr w:type="spellEnd"/>
      <w:r w:rsidR="00682095" w:rsidRPr="00682095">
        <w:rPr>
          <w:rFonts w:ascii="Aptos" w:hAnsi="Aptos"/>
          <w:bCs/>
          <w:sz w:val="32"/>
          <w:szCs w:val="32"/>
        </w:rPr>
        <w:t xml:space="preserve"> mag </w:t>
      </w:r>
      <w:proofErr w:type="spellStart"/>
      <w:r w:rsidR="00682095" w:rsidRPr="00682095">
        <w:rPr>
          <w:rFonts w:ascii="Aptos" w:hAnsi="Aptos"/>
          <w:bCs/>
          <w:sz w:val="32"/>
          <w:szCs w:val="32"/>
        </w:rPr>
        <w:t>ook</w:t>
      </w:r>
      <w:proofErr w:type="spellEnd"/>
      <w:r w:rsidR="00682095" w:rsidRPr="00682095">
        <w:rPr>
          <w:rFonts w:ascii="Aptos" w:hAnsi="Aptos"/>
          <w:bCs/>
          <w:sz w:val="32"/>
          <w:szCs w:val="32"/>
        </w:rPr>
        <w:t xml:space="preserve">. </w:t>
      </w:r>
    </w:p>
    <w:p w14:paraId="143D6B48" w14:textId="46C7FCB3" w:rsidR="00682095" w:rsidRDefault="00682095">
      <w:pPr>
        <w:rPr>
          <w:rFonts w:ascii="Aptos" w:hAnsi="Aptos"/>
          <w:bCs/>
          <w:sz w:val="32"/>
          <w:szCs w:val="32"/>
        </w:rPr>
      </w:pPr>
      <w:proofErr w:type="spellStart"/>
      <w:r>
        <w:rPr>
          <w:rFonts w:ascii="Aptos" w:hAnsi="Aptos"/>
          <w:bCs/>
          <w:sz w:val="32"/>
          <w:szCs w:val="32"/>
        </w:rPr>
        <w:t>Seizoenen</w:t>
      </w:r>
      <w:proofErr w:type="spellEnd"/>
      <w:r>
        <w:rPr>
          <w:rFonts w:ascii="Aptos" w:hAnsi="Aptos"/>
          <w:bCs/>
          <w:sz w:val="32"/>
          <w:szCs w:val="32"/>
        </w:rPr>
        <w:br/>
        <w:t xml:space="preserve">Langzaam </w:t>
      </w:r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Regenjas</w:t>
      </w:r>
      <w:proofErr w:type="spellEnd"/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Kastanjes</w:t>
      </w:r>
      <w:proofErr w:type="spellEnd"/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Eikels</w:t>
      </w:r>
      <w:proofErr w:type="spellEnd"/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Paddestoelen</w:t>
      </w:r>
      <w:proofErr w:type="spellEnd"/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Wandelen</w:t>
      </w:r>
      <w:proofErr w:type="spellEnd"/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Fietsen</w:t>
      </w:r>
      <w:proofErr w:type="spellEnd"/>
      <w:r>
        <w:rPr>
          <w:rFonts w:ascii="Aptos" w:hAnsi="Aptos"/>
          <w:bCs/>
          <w:sz w:val="32"/>
          <w:szCs w:val="32"/>
        </w:rPr>
        <w:br/>
        <w:t>Donker</w:t>
      </w:r>
      <w:r>
        <w:rPr>
          <w:rFonts w:ascii="Aptos" w:hAnsi="Aptos"/>
          <w:bCs/>
          <w:sz w:val="32"/>
          <w:szCs w:val="32"/>
        </w:rPr>
        <w:br/>
      </w:r>
      <w:proofErr w:type="spellStart"/>
      <w:r>
        <w:rPr>
          <w:rFonts w:ascii="Aptos" w:hAnsi="Aptos"/>
          <w:bCs/>
          <w:sz w:val="32"/>
          <w:szCs w:val="32"/>
        </w:rPr>
        <w:t>Paraplu</w:t>
      </w:r>
      <w:proofErr w:type="spellEnd"/>
    </w:p>
    <w:p w14:paraId="184D2D08" w14:textId="77777777" w:rsidR="00682095" w:rsidRPr="00682095" w:rsidRDefault="00682095">
      <w:pPr>
        <w:rPr>
          <w:rFonts w:ascii="Aptos" w:hAnsi="Aptos"/>
          <w:bCs/>
          <w:sz w:val="32"/>
          <w:szCs w:val="32"/>
        </w:rPr>
      </w:pPr>
    </w:p>
    <w:p w14:paraId="13F0D0F0" w14:textId="4F6CF1D1" w:rsidR="00ED4534" w:rsidRPr="00F76ADE" w:rsidRDefault="00682095">
      <w:pPr>
        <w:rPr>
          <w:rFonts w:ascii="Aptos" w:hAnsi="Aptos"/>
          <w:sz w:val="32"/>
          <w:szCs w:val="32"/>
        </w:rPr>
      </w:pPr>
      <w:r>
        <w:rPr>
          <w:rFonts w:ascii="Aptos" w:hAnsi="Aptos"/>
          <w:b/>
          <w:sz w:val="32"/>
          <w:szCs w:val="32"/>
        </w:rPr>
        <w:t xml:space="preserve">3. </w:t>
      </w:r>
      <w:r w:rsidR="00AF4779" w:rsidRPr="00F76ADE">
        <w:rPr>
          <w:rFonts w:ascii="Aptos" w:hAnsi="Aptos"/>
          <w:b/>
          <w:sz w:val="32"/>
          <w:szCs w:val="32"/>
        </w:rPr>
        <w:t>Welk</w:t>
      </w:r>
      <w:r w:rsidR="00F76ADE">
        <w:rPr>
          <w:rFonts w:ascii="Aptos" w:hAnsi="Aptos"/>
          <w:b/>
          <w:sz w:val="32"/>
          <w:szCs w:val="32"/>
        </w:rPr>
        <w:t xml:space="preserve"> </w:t>
      </w:r>
      <w:proofErr w:type="spellStart"/>
      <w:r w:rsidR="00F76ADE">
        <w:rPr>
          <w:rFonts w:ascii="Aptos" w:hAnsi="Aptos"/>
          <w:b/>
          <w:sz w:val="32"/>
          <w:szCs w:val="32"/>
        </w:rPr>
        <w:t>plaatje</w:t>
      </w:r>
      <w:proofErr w:type="spellEnd"/>
      <w:r w:rsidR="00AF4779" w:rsidRPr="00F76ADE">
        <w:rPr>
          <w:rFonts w:ascii="Aptos" w:hAnsi="Aptos"/>
          <w:b/>
          <w:sz w:val="32"/>
          <w:szCs w:val="32"/>
        </w:rPr>
        <w:t xml:space="preserve"> </w:t>
      </w:r>
      <w:proofErr w:type="spellStart"/>
      <w:r w:rsidR="00AF4779" w:rsidRPr="00F76ADE">
        <w:rPr>
          <w:rFonts w:ascii="Aptos" w:hAnsi="Aptos"/>
          <w:b/>
          <w:sz w:val="32"/>
          <w:szCs w:val="32"/>
        </w:rPr>
        <w:t>hoort</w:t>
      </w:r>
      <w:proofErr w:type="spellEnd"/>
      <w:r w:rsidR="00AF4779" w:rsidRPr="00F76ADE">
        <w:rPr>
          <w:rFonts w:ascii="Aptos" w:hAnsi="Aptos"/>
          <w:b/>
          <w:sz w:val="32"/>
          <w:szCs w:val="32"/>
        </w:rPr>
        <w:t xml:space="preserve"> </w:t>
      </w:r>
      <w:proofErr w:type="spellStart"/>
      <w:r w:rsidR="00AF4779" w:rsidRPr="00F76ADE">
        <w:rPr>
          <w:rFonts w:ascii="Aptos" w:hAnsi="Aptos"/>
          <w:b/>
          <w:sz w:val="32"/>
          <w:szCs w:val="32"/>
        </w:rPr>
        <w:t>bij</w:t>
      </w:r>
      <w:proofErr w:type="spellEnd"/>
      <w:r w:rsidR="00AF4779" w:rsidRPr="00F76ADE">
        <w:rPr>
          <w:rFonts w:ascii="Aptos" w:hAnsi="Aptos"/>
          <w:b/>
          <w:sz w:val="32"/>
          <w:szCs w:val="32"/>
        </w:rPr>
        <w:t xml:space="preserve"> de herfst?</w:t>
      </w:r>
    </w:p>
    <w:p w14:paraId="5A3CD4B1" w14:textId="2185BFCF" w:rsidR="00ED4534" w:rsidRDefault="00682095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AF4834" wp14:editId="66AF469C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4543425" cy="3028950"/>
            <wp:effectExtent l="0" t="0" r="9525" b="0"/>
            <wp:wrapTight wrapText="bothSides">
              <wp:wrapPolygon edited="0">
                <wp:start x="0" y="0"/>
                <wp:lineTo x="0" y="21464"/>
                <wp:lineTo x="21555" y="21464"/>
                <wp:lineTo x="215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grid_like_composite_image_with_four_phot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8FD477" w14:textId="77777777" w:rsidR="00682095" w:rsidRDefault="00682095">
      <w:pPr>
        <w:rPr>
          <w:rFonts w:ascii="Aptos" w:hAnsi="Aptos"/>
          <w:sz w:val="32"/>
          <w:szCs w:val="32"/>
        </w:rPr>
      </w:pPr>
    </w:p>
    <w:p w14:paraId="01479ABC" w14:textId="77777777" w:rsidR="00682095" w:rsidRDefault="00682095">
      <w:pPr>
        <w:rPr>
          <w:rFonts w:ascii="Aptos" w:hAnsi="Aptos"/>
          <w:sz w:val="32"/>
          <w:szCs w:val="32"/>
        </w:rPr>
      </w:pPr>
    </w:p>
    <w:p w14:paraId="4D5AF25D" w14:textId="77777777" w:rsidR="00682095" w:rsidRDefault="00682095">
      <w:pPr>
        <w:rPr>
          <w:rFonts w:ascii="Aptos" w:hAnsi="Aptos"/>
          <w:sz w:val="32"/>
          <w:szCs w:val="32"/>
        </w:rPr>
      </w:pPr>
    </w:p>
    <w:p w14:paraId="5B3F747C" w14:textId="77777777" w:rsidR="00682095" w:rsidRDefault="00682095">
      <w:pPr>
        <w:rPr>
          <w:rFonts w:ascii="Aptos" w:hAnsi="Aptos"/>
          <w:sz w:val="32"/>
          <w:szCs w:val="32"/>
        </w:rPr>
      </w:pPr>
    </w:p>
    <w:p w14:paraId="2DA82EFF" w14:textId="77777777" w:rsidR="00682095" w:rsidRDefault="00682095">
      <w:pPr>
        <w:rPr>
          <w:rFonts w:ascii="Aptos" w:hAnsi="Aptos"/>
          <w:sz w:val="32"/>
          <w:szCs w:val="32"/>
        </w:rPr>
      </w:pPr>
    </w:p>
    <w:p w14:paraId="61457F15" w14:textId="77777777" w:rsidR="00682095" w:rsidRDefault="00682095">
      <w:pPr>
        <w:rPr>
          <w:rFonts w:ascii="Aptos" w:hAnsi="Aptos"/>
          <w:sz w:val="32"/>
          <w:szCs w:val="32"/>
        </w:rPr>
      </w:pPr>
    </w:p>
    <w:p w14:paraId="436BF59B" w14:textId="77777777" w:rsidR="00682095" w:rsidRDefault="00682095">
      <w:pPr>
        <w:rPr>
          <w:rFonts w:ascii="Aptos" w:hAnsi="Aptos"/>
          <w:sz w:val="32"/>
          <w:szCs w:val="32"/>
        </w:rPr>
      </w:pPr>
    </w:p>
    <w:p w14:paraId="6AB869E8" w14:textId="42293F3E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Mijn antwoord: ______________________________</w:t>
      </w:r>
    </w:p>
    <w:p w14:paraId="3FC3E0CB" w14:textId="620A9A97" w:rsidR="00ED4534" w:rsidRPr="00F76ADE" w:rsidRDefault="00682095">
      <w:pPr>
        <w:rPr>
          <w:rFonts w:ascii="Aptos" w:hAnsi="Aptos"/>
          <w:sz w:val="32"/>
          <w:szCs w:val="32"/>
        </w:rPr>
      </w:pPr>
      <w:r>
        <w:rPr>
          <w:rFonts w:ascii="Aptos" w:hAnsi="Aptos"/>
          <w:b/>
          <w:sz w:val="32"/>
          <w:szCs w:val="32"/>
        </w:rPr>
        <w:lastRenderedPageBreak/>
        <w:t>4</w:t>
      </w:r>
      <w:r w:rsidR="00AF4779" w:rsidRPr="00F76ADE">
        <w:rPr>
          <w:rFonts w:ascii="Aptos" w:hAnsi="Aptos"/>
          <w:b/>
          <w:sz w:val="32"/>
          <w:szCs w:val="32"/>
        </w:rPr>
        <w:t xml:space="preserve">. Kies het </w:t>
      </w:r>
      <w:r>
        <w:rPr>
          <w:rFonts w:ascii="Aptos" w:hAnsi="Aptos"/>
          <w:b/>
          <w:sz w:val="32"/>
          <w:szCs w:val="32"/>
        </w:rPr>
        <w:t>goede</w:t>
      </w:r>
      <w:r w:rsidR="00AF4779" w:rsidRPr="00F76ADE">
        <w:rPr>
          <w:rFonts w:ascii="Aptos" w:hAnsi="Aptos"/>
          <w:b/>
          <w:sz w:val="32"/>
          <w:szCs w:val="32"/>
        </w:rPr>
        <w:t xml:space="preserve"> antwoord</w:t>
      </w:r>
    </w:p>
    <w:p w14:paraId="58939AB8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1. Hoeveel seizoenen zijn er in Nederland?</w:t>
      </w:r>
    </w:p>
    <w:p w14:paraId="31A36FEB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Twee</w:t>
      </w:r>
    </w:p>
    <w:p w14:paraId="66095380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Drie</w:t>
      </w:r>
    </w:p>
    <w:p w14:paraId="0ED53A22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C. Vier</w:t>
      </w:r>
    </w:p>
    <w:p w14:paraId="2523DBA8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2. Wanneer begint de herfst?</w:t>
      </w:r>
    </w:p>
    <w:p w14:paraId="6BAE8370" w14:textId="00FE299E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A. </w:t>
      </w:r>
      <w:r w:rsidR="00F76ADE">
        <w:rPr>
          <w:rFonts w:ascii="Aptos" w:hAnsi="Aptos"/>
          <w:sz w:val="32"/>
          <w:szCs w:val="32"/>
        </w:rPr>
        <w:t xml:space="preserve">Op 21 </w:t>
      </w:r>
      <w:r w:rsidRPr="00F76ADE">
        <w:rPr>
          <w:rFonts w:ascii="Aptos" w:hAnsi="Aptos"/>
          <w:sz w:val="32"/>
          <w:szCs w:val="32"/>
        </w:rPr>
        <w:t>juni</w:t>
      </w:r>
    </w:p>
    <w:p w14:paraId="20F53D80" w14:textId="23125C01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B. </w:t>
      </w:r>
      <w:r w:rsidR="00F76ADE">
        <w:rPr>
          <w:rFonts w:ascii="Aptos" w:hAnsi="Aptos"/>
          <w:sz w:val="32"/>
          <w:szCs w:val="32"/>
        </w:rPr>
        <w:t xml:space="preserve">Op 21 </w:t>
      </w:r>
      <w:r w:rsidRPr="00F76ADE">
        <w:rPr>
          <w:rFonts w:ascii="Aptos" w:hAnsi="Aptos"/>
          <w:sz w:val="32"/>
          <w:szCs w:val="32"/>
        </w:rPr>
        <w:t>september</w:t>
      </w:r>
    </w:p>
    <w:p w14:paraId="7B451ADB" w14:textId="6BE74991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C. </w:t>
      </w:r>
      <w:r w:rsidR="00F76ADE">
        <w:rPr>
          <w:rFonts w:ascii="Aptos" w:hAnsi="Aptos"/>
          <w:sz w:val="32"/>
          <w:szCs w:val="32"/>
        </w:rPr>
        <w:t>Op 21</w:t>
      </w:r>
      <w:r w:rsidRPr="00F76ADE">
        <w:rPr>
          <w:rFonts w:ascii="Aptos" w:hAnsi="Aptos"/>
          <w:sz w:val="32"/>
          <w:szCs w:val="32"/>
        </w:rPr>
        <w:t xml:space="preserve"> december</w:t>
      </w:r>
    </w:p>
    <w:p w14:paraId="25244F14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3. Hoe is het weer vaak in de herfst?</w:t>
      </w:r>
    </w:p>
    <w:p w14:paraId="7CFA6E21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Warm en droog</w:t>
      </w:r>
    </w:p>
    <w:p w14:paraId="2E5FED36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Koud en regenachtig</w:t>
      </w:r>
    </w:p>
    <w:p w14:paraId="311C08F5" w14:textId="6EF0DD3E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C. Heel </w:t>
      </w:r>
      <w:r w:rsidR="00F76ADE">
        <w:rPr>
          <w:rFonts w:ascii="Aptos" w:hAnsi="Aptos"/>
          <w:sz w:val="32"/>
          <w:szCs w:val="32"/>
        </w:rPr>
        <w:t>veel sneeuw</w:t>
      </w:r>
    </w:p>
    <w:p w14:paraId="1B907EC4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4. Welke kleuren krijgen de bladeren?</w:t>
      </w:r>
    </w:p>
    <w:p w14:paraId="115BDDED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A. Geel, oranje, </w:t>
      </w:r>
      <w:proofErr w:type="gramStart"/>
      <w:r w:rsidRPr="00F76ADE">
        <w:rPr>
          <w:rFonts w:ascii="Aptos" w:hAnsi="Aptos"/>
          <w:sz w:val="32"/>
          <w:szCs w:val="32"/>
        </w:rPr>
        <w:t>rood</w:t>
      </w:r>
      <w:proofErr w:type="gramEnd"/>
      <w:r w:rsidRPr="00F76ADE">
        <w:rPr>
          <w:rFonts w:ascii="Aptos" w:hAnsi="Aptos"/>
          <w:sz w:val="32"/>
          <w:szCs w:val="32"/>
        </w:rPr>
        <w:t xml:space="preserve"> en bruin</w:t>
      </w:r>
    </w:p>
    <w:p w14:paraId="0C5D93D5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Blauw en paars</w:t>
      </w:r>
    </w:p>
    <w:p w14:paraId="7CFD17D6" w14:textId="77777777" w:rsidR="00ED4534" w:rsidRDefault="00AF4779">
      <w:pPr>
        <w:spacing w:after="20"/>
        <w:ind w:left="283"/>
      </w:pPr>
      <w:r w:rsidRPr="00F76ADE">
        <w:rPr>
          <w:rFonts w:ascii="Aptos" w:hAnsi="Aptos"/>
          <w:sz w:val="32"/>
          <w:szCs w:val="32"/>
        </w:rPr>
        <w:t>C. Alleen groen</w:t>
      </w:r>
    </w:p>
    <w:p w14:paraId="14885532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>
        <w:rPr>
          <w:b/>
        </w:rPr>
        <w:t>5</w:t>
      </w:r>
      <w:r w:rsidRPr="00F76ADE">
        <w:rPr>
          <w:rFonts w:ascii="Aptos" w:hAnsi="Aptos"/>
          <w:b/>
          <w:sz w:val="32"/>
          <w:szCs w:val="32"/>
        </w:rPr>
        <w:t>. Wat gebeurt er met de bladeren?</w:t>
      </w:r>
    </w:p>
    <w:p w14:paraId="4D391ABB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Ze groeien aan de bomen</w:t>
      </w:r>
    </w:p>
    <w:p w14:paraId="22C36149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Ze vallen van de bomen</w:t>
      </w:r>
    </w:p>
    <w:p w14:paraId="3C77EFD5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C. Ze worden groter</w:t>
      </w:r>
    </w:p>
    <w:p w14:paraId="60388EB3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6. Wat heb je nodig als het regent?</w:t>
      </w:r>
    </w:p>
    <w:p w14:paraId="74C75E70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Een zonnebril</w:t>
      </w:r>
    </w:p>
    <w:p w14:paraId="1F7EE0BB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Een regenjas</w:t>
      </w:r>
    </w:p>
    <w:p w14:paraId="61802B17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C. Een korte broek</w:t>
      </w:r>
    </w:p>
    <w:p w14:paraId="0D02044D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7. Wat gebeurt er met de dagen in de herfst?</w:t>
      </w:r>
    </w:p>
    <w:p w14:paraId="216BA384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Ze worden langer</w:t>
      </w:r>
    </w:p>
    <w:p w14:paraId="396CB281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Ze blijven hetzelfde</w:t>
      </w:r>
    </w:p>
    <w:p w14:paraId="1A08D782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C. Ze worden korter</w:t>
      </w:r>
    </w:p>
    <w:p w14:paraId="60404521" w14:textId="77777777" w:rsidR="00ED4534" w:rsidRPr="00F76ADE" w:rsidRDefault="00AF4779">
      <w:pPr>
        <w:spacing w:after="40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lastRenderedPageBreak/>
        <w:t>8. Welk seizoen komt na de herfst?</w:t>
      </w:r>
    </w:p>
    <w:p w14:paraId="1CA8F7F4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A. De lente</w:t>
      </w:r>
    </w:p>
    <w:p w14:paraId="193D13E0" w14:textId="77777777" w:rsidR="00ED4534" w:rsidRPr="00F76ADE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B. De zomer</w:t>
      </w:r>
    </w:p>
    <w:p w14:paraId="57302FBF" w14:textId="77777777" w:rsidR="00ED4534" w:rsidRDefault="00AF4779">
      <w:pPr>
        <w:spacing w:after="20"/>
        <w:ind w:left="283"/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C. De winter</w:t>
      </w:r>
    </w:p>
    <w:p w14:paraId="4D83D70E" w14:textId="77777777" w:rsidR="00F76ADE" w:rsidRPr="00F76ADE" w:rsidRDefault="00F76ADE">
      <w:pPr>
        <w:spacing w:after="20"/>
        <w:ind w:left="283"/>
        <w:rPr>
          <w:rFonts w:ascii="Aptos" w:hAnsi="Aptos"/>
          <w:sz w:val="32"/>
          <w:szCs w:val="32"/>
        </w:rPr>
      </w:pPr>
    </w:p>
    <w:p w14:paraId="6EA49524" w14:textId="087BA568" w:rsidR="00ED4534" w:rsidRPr="00F76ADE" w:rsidRDefault="00682095">
      <w:pPr>
        <w:rPr>
          <w:rFonts w:ascii="Aptos" w:hAnsi="Aptos"/>
          <w:sz w:val="32"/>
          <w:szCs w:val="32"/>
        </w:rPr>
      </w:pPr>
      <w:r>
        <w:rPr>
          <w:b/>
          <w:sz w:val="30"/>
        </w:rPr>
        <w:t>5.</w:t>
      </w:r>
      <w:r w:rsidR="00AF4779">
        <w:rPr>
          <w:b/>
          <w:sz w:val="30"/>
        </w:rPr>
        <w:t xml:space="preserve"> </w:t>
      </w:r>
      <w:r w:rsidR="00AF4779" w:rsidRPr="00F76ADE">
        <w:rPr>
          <w:rFonts w:ascii="Aptos" w:hAnsi="Aptos"/>
          <w:b/>
          <w:sz w:val="32"/>
          <w:szCs w:val="32"/>
        </w:rPr>
        <w:t xml:space="preserve">Vul het </w:t>
      </w:r>
      <w:r w:rsidR="00F76ADE">
        <w:rPr>
          <w:rFonts w:ascii="Aptos" w:hAnsi="Aptos"/>
          <w:b/>
          <w:sz w:val="32"/>
          <w:szCs w:val="32"/>
        </w:rPr>
        <w:t>goede</w:t>
      </w:r>
      <w:r w:rsidR="00AF4779" w:rsidRPr="00F76ADE">
        <w:rPr>
          <w:rFonts w:ascii="Aptos" w:hAnsi="Aptos"/>
          <w:b/>
          <w:sz w:val="32"/>
          <w:szCs w:val="32"/>
        </w:rPr>
        <w:t xml:space="preserve"> </w:t>
      </w:r>
      <w:proofErr w:type="spellStart"/>
      <w:r w:rsidR="00AF4779" w:rsidRPr="00F76ADE">
        <w:rPr>
          <w:rFonts w:ascii="Aptos" w:hAnsi="Aptos"/>
          <w:b/>
          <w:sz w:val="32"/>
          <w:szCs w:val="32"/>
        </w:rPr>
        <w:t>woord</w:t>
      </w:r>
      <w:proofErr w:type="spellEnd"/>
      <w:r w:rsidR="00AF4779" w:rsidRPr="00F76ADE">
        <w:rPr>
          <w:rFonts w:ascii="Aptos" w:hAnsi="Aptos"/>
          <w:b/>
          <w:sz w:val="32"/>
          <w:szCs w:val="32"/>
        </w:rPr>
        <w:t xml:space="preserve"> in</w:t>
      </w:r>
    </w:p>
    <w:p w14:paraId="3AFA6F5A" w14:textId="4675D29B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b/>
          <w:sz w:val="32"/>
          <w:szCs w:val="32"/>
        </w:rPr>
        <w:t>Woord</w:t>
      </w:r>
      <w:r w:rsidR="00F76ADE">
        <w:rPr>
          <w:rFonts w:ascii="Aptos" w:hAnsi="Aptos"/>
          <w:b/>
          <w:sz w:val="32"/>
          <w:szCs w:val="32"/>
        </w:rPr>
        <w:t>en:</w:t>
      </w:r>
      <w:r w:rsidRPr="00F76ADE">
        <w:rPr>
          <w:rFonts w:ascii="Aptos" w:hAnsi="Aptos"/>
          <w:b/>
          <w:sz w:val="32"/>
          <w:szCs w:val="32"/>
        </w:rPr>
        <w:t xml:space="preserve"> </w:t>
      </w:r>
      <w:r w:rsidRPr="00F76ADE">
        <w:rPr>
          <w:rFonts w:ascii="Aptos" w:hAnsi="Aptos"/>
          <w:sz w:val="32"/>
          <w:szCs w:val="32"/>
        </w:rPr>
        <w:t>herfst – september – koud – regen – bladeren – bomen – geel – jas – donker – winter</w:t>
      </w:r>
    </w:p>
    <w:p w14:paraId="348EB17A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1. Na de zomer begint de ________________________________.</w:t>
      </w:r>
    </w:p>
    <w:p w14:paraId="613B70BB" w14:textId="7F26C1D1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2. De herfst begint </w:t>
      </w:r>
      <w:r w:rsidR="00F76ADE">
        <w:rPr>
          <w:rFonts w:ascii="Aptos" w:hAnsi="Aptos"/>
          <w:sz w:val="32"/>
          <w:szCs w:val="32"/>
        </w:rPr>
        <w:t xml:space="preserve">op </w:t>
      </w:r>
      <w:proofErr w:type="gramStart"/>
      <w:r w:rsidR="00F76ADE">
        <w:rPr>
          <w:rFonts w:ascii="Aptos" w:hAnsi="Aptos"/>
          <w:sz w:val="32"/>
          <w:szCs w:val="32"/>
        </w:rPr>
        <w:t xml:space="preserve">21 </w:t>
      </w:r>
      <w:r w:rsidRPr="00F76ADE">
        <w:rPr>
          <w:rFonts w:ascii="Aptos" w:hAnsi="Aptos"/>
          <w:sz w:val="32"/>
          <w:szCs w:val="32"/>
        </w:rPr>
        <w:t xml:space="preserve"> _</w:t>
      </w:r>
      <w:proofErr w:type="gramEnd"/>
      <w:r w:rsidRPr="00F76ADE">
        <w:rPr>
          <w:rFonts w:ascii="Aptos" w:hAnsi="Aptos"/>
          <w:sz w:val="32"/>
          <w:szCs w:val="32"/>
        </w:rPr>
        <w:t>_______________________________</w:t>
      </w:r>
      <w:proofErr w:type="gramStart"/>
      <w:r w:rsidRPr="00F76ADE">
        <w:rPr>
          <w:rFonts w:ascii="Aptos" w:hAnsi="Aptos"/>
          <w:sz w:val="32"/>
          <w:szCs w:val="32"/>
        </w:rPr>
        <w:t>_ .</w:t>
      </w:r>
      <w:proofErr w:type="gramEnd"/>
    </w:p>
    <w:p w14:paraId="4060A6DA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3. In de herfst wordt het langzaam ______________________.</w:t>
      </w:r>
    </w:p>
    <w:p w14:paraId="56EDC8C5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4. Het regent vaak in de _______________________________.</w:t>
      </w:r>
    </w:p>
    <w:p w14:paraId="7B3C03A8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5. De </w:t>
      </w:r>
      <w:proofErr w:type="gramStart"/>
      <w:r w:rsidRPr="00F76ADE">
        <w:rPr>
          <w:rFonts w:ascii="Aptos" w:hAnsi="Aptos"/>
          <w:sz w:val="32"/>
          <w:szCs w:val="32"/>
        </w:rPr>
        <w:t>____________________ aan</w:t>
      </w:r>
      <w:proofErr w:type="gramEnd"/>
      <w:r w:rsidRPr="00F76ADE">
        <w:rPr>
          <w:rFonts w:ascii="Aptos" w:hAnsi="Aptos"/>
          <w:sz w:val="32"/>
          <w:szCs w:val="32"/>
        </w:rPr>
        <w:t xml:space="preserve"> de bomen worden geel, rood, oranje en bruin.</w:t>
      </w:r>
    </w:p>
    <w:p w14:paraId="486538EB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6. </w:t>
      </w:r>
      <w:proofErr w:type="gramStart"/>
      <w:r w:rsidRPr="00F76ADE">
        <w:rPr>
          <w:rFonts w:ascii="Aptos" w:hAnsi="Aptos"/>
          <w:sz w:val="32"/>
          <w:szCs w:val="32"/>
        </w:rPr>
        <w:t>De __</w:t>
      </w:r>
      <w:proofErr w:type="gramEnd"/>
      <w:r w:rsidRPr="00F76ADE">
        <w:rPr>
          <w:rFonts w:ascii="Aptos" w:hAnsi="Aptos"/>
          <w:sz w:val="32"/>
          <w:szCs w:val="32"/>
        </w:rPr>
        <w:t>__________________ verliezen hun bladeren.</w:t>
      </w:r>
    </w:p>
    <w:p w14:paraId="6E4576FF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7. De bladeren worden </w:t>
      </w:r>
      <w:proofErr w:type="gramStart"/>
      <w:r w:rsidRPr="00F76ADE">
        <w:rPr>
          <w:rFonts w:ascii="Aptos" w:hAnsi="Aptos"/>
          <w:sz w:val="32"/>
          <w:szCs w:val="32"/>
        </w:rPr>
        <w:t>vaak __</w:t>
      </w:r>
      <w:proofErr w:type="gramEnd"/>
      <w:r w:rsidRPr="00F76ADE">
        <w:rPr>
          <w:rFonts w:ascii="Aptos" w:hAnsi="Aptos"/>
          <w:sz w:val="32"/>
          <w:szCs w:val="32"/>
        </w:rPr>
        <w:t>__________________ en oranje.</w:t>
      </w:r>
    </w:p>
    <w:p w14:paraId="79F2F67D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8. Als het koud is, trek je een ____________________ aan.</w:t>
      </w:r>
    </w:p>
    <w:p w14:paraId="78E7224D" w14:textId="77777777" w:rsidR="00ED4534" w:rsidRPr="00F76ADE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>9. In de herfst wordt het vroeg ____________________.</w:t>
      </w:r>
    </w:p>
    <w:p w14:paraId="561BDEC7" w14:textId="77777777" w:rsidR="00ED4534" w:rsidRDefault="00AF4779">
      <w:pPr>
        <w:rPr>
          <w:rFonts w:ascii="Aptos" w:hAnsi="Aptos"/>
          <w:sz w:val="32"/>
          <w:szCs w:val="32"/>
        </w:rPr>
      </w:pPr>
      <w:r w:rsidRPr="00F76ADE">
        <w:rPr>
          <w:rFonts w:ascii="Aptos" w:hAnsi="Aptos"/>
          <w:sz w:val="32"/>
          <w:szCs w:val="32"/>
        </w:rPr>
        <w:t xml:space="preserve">10. Na de herfst </w:t>
      </w:r>
      <w:proofErr w:type="spellStart"/>
      <w:r w:rsidRPr="00F76ADE">
        <w:rPr>
          <w:rFonts w:ascii="Aptos" w:hAnsi="Aptos"/>
          <w:sz w:val="32"/>
          <w:szCs w:val="32"/>
        </w:rPr>
        <w:t>komt</w:t>
      </w:r>
      <w:proofErr w:type="spellEnd"/>
      <w:r w:rsidRPr="00F76ADE">
        <w:rPr>
          <w:rFonts w:ascii="Aptos" w:hAnsi="Aptos"/>
          <w:sz w:val="32"/>
          <w:szCs w:val="32"/>
        </w:rPr>
        <w:t xml:space="preserve"> de ____________________.</w:t>
      </w:r>
    </w:p>
    <w:p w14:paraId="05B4F858" w14:textId="77777777" w:rsidR="00F76ADE" w:rsidRPr="00F76ADE" w:rsidRDefault="00F76ADE">
      <w:pPr>
        <w:rPr>
          <w:rFonts w:ascii="Aptos" w:hAnsi="Aptos"/>
          <w:sz w:val="32"/>
          <w:szCs w:val="32"/>
        </w:rPr>
      </w:pPr>
    </w:p>
    <w:p w14:paraId="584E8865" w14:textId="34D95EFC" w:rsidR="00F76ADE" w:rsidRPr="00F76ADE" w:rsidRDefault="00682095">
      <w:pPr>
        <w:rPr>
          <w:rFonts w:ascii="Aptos" w:hAnsi="Aptos"/>
          <w:bCs/>
          <w:sz w:val="32"/>
          <w:szCs w:val="32"/>
        </w:rPr>
      </w:pPr>
      <w:r>
        <w:rPr>
          <w:rFonts w:ascii="Aptos" w:hAnsi="Aptos"/>
          <w:b/>
          <w:sz w:val="32"/>
          <w:szCs w:val="32"/>
        </w:rPr>
        <w:t>6</w:t>
      </w:r>
      <w:r w:rsidR="00F76ADE">
        <w:rPr>
          <w:rFonts w:ascii="Aptos" w:hAnsi="Aptos"/>
          <w:b/>
          <w:sz w:val="32"/>
          <w:szCs w:val="32"/>
        </w:rPr>
        <w:t xml:space="preserve">. Ga naar </w:t>
      </w:r>
      <w:proofErr w:type="spellStart"/>
      <w:r w:rsidR="00F76ADE">
        <w:rPr>
          <w:rFonts w:ascii="Aptos" w:hAnsi="Aptos"/>
          <w:b/>
          <w:sz w:val="32"/>
          <w:szCs w:val="32"/>
        </w:rPr>
        <w:t>buiten</w:t>
      </w:r>
      <w:proofErr w:type="spellEnd"/>
      <w:r w:rsidR="00F76ADE">
        <w:rPr>
          <w:rFonts w:ascii="Aptos" w:hAnsi="Aptos"/>
          <w:b/>
          <w:sz w:val="32"/>
          <w:szCs w:val="32"/>
        </w:rPr>
        <w:t xml:space="preserve">. </w:t>
      </w:r>
      <w:r w:rsidR="00F76ADE">
        <w:rPr>
          <w:rFonts w:ascii="Aptos" w:hAnsi="Aptos"/>
          <w:b/>
          <w:sz w:val="32"/>
          <w:szCs w:val="32"/>
        </w:rPr>
        <w:br/>
      </w:r>
      <w:r w:rsidR="00F76ADE" w:rsidRPr="00F76ADE">
        <w:rPr>
          <w:rFonts w:ascii="Aptos" w:hAnsi="Aptos"/>
          <w:bCs/>
          <w:sz w:val="32"/>
          <w:szCs w:val="32"/>
        </w:rPr>
        <w:t xml:space="preserve">Maak 4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foto’s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van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dingen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die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horen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bij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de herfst.</w:t>
      </w:r>
      <w:r w:rsidR="00F76ADE" w:rsidRPr="00F76ADE">
        <w:rPr>
          <w:rFonts w:ascii="Aptos" w:hAnsi="Aptos"/>
          <w:bCs/>
          <w:sz w:val="32"/>
          <w:szCs w:val="32"/>
        </w:rPr>
        <w:br/>
        <w:t xml:space="preserve">Stuur ze op in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whatsapp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met het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wo</w:t>
      </w:r>
      <w:r w:rsidR="00F76ADE">
        <w:rPr>
          <w:rFonts w:ascii="Aptos" w:hAnsi="Aptos"/>
          <w:bCs/>
          <w:sz w:val="32"/>
          <w:szCs w:val="32"/>
        </w:rPr>
        <w:t>o</w:t>
      </w:r>
      <w:r w:rsidR="00F76ADE" w:rsidRPr="00F76ADE">
        <w:rPr>
          <w:rFonts w:ascii="Aptos" w:hAnsi="Aptos"/>
          <w:bCs/>
          <w:sz w:val="32"/>
          <w:szCs w:val="32"/>
        </w:rPr>
        <w:t>rd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erbij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>.</w:t>
      </w:r>
      <w:r w:rsidR="00F76ADE" w:rsidRPr="00F76ADE">
        <w:rPr>
          <w:rFonts w:ascii="Aptos" w:hAnsi="Aptos"/>
          <w:bCs/>
          <w:sz w:val="32"/>
          <w:szCs w:val="32"/>
        </w:rPr>
        <w:br/>
        <w:t xml:space="preserve">Ga dan weer naar </w:t>
      </w:r>
      <w:proofErr w:type="spellStart"/>
      <w:r w:rsidR="00F76ADE" w:rsidRPr="00F76ADE">
        <w:rPr>
          <w:rFonts w:ascii="Aptos" w:hAnsi="Aptos"/>
          <w:bCs/>
          <w:sz w:val="32"/>
          <w:szCs w:val="32"/>
        </w:rPr>
        <w:t>binnen</w:t>
      </w:r>
      <w:proofErr w:type="spellEnd"/>
      <w:r w:rsidR="00F76ADE" w:rsidRPr="00F76ADE">
        <w:rPr>
          <w:rFonts w:ascii="Aptos" w:hAnsi="Aptos"/>
          <w:bCs/>
          <w:sz w:val="32"/>
          <w:szCs w:val="32"/>
        </w:rPr>
        <w:t xml:space="preserve">. </w:t>
      </w:r>
    </w:p>
    <w:p w14:paraId="6AC7A62D" w14:textId="77777777" w:rsidR="00F76ADE" w:rsidRDefault="00F76ADE"/>
    <w:sectPr w:rsidR="00F76ADE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2830401">
    <w:abstractNumId w:val="8"/>
  </w:num>
  <w:num w:numId="2" w16cid:durableId="329142237">
    <w:abstractNumId w:val="6"/>
  </w:num>
  <w:num w:numId="3" w16cid:durableId="60639926">
    <w:abstractNumId w:val="5"/>
  </w:num>
  <w:num w:numId="4" w16cid:durableId="710347305">
    <w:abstractNumId w:val="4"/>
  </w:num>
  <w:num w:numId="5" w16cid:durableId="1541938430">
    <w:abstractNumId w:val="7"/>
  </w:num>
  <w:num w:numId="6" w16cid:durableId="2121028534">
    <w:abstractNumId w:val="3"/>
  </w:num>
  <w:num w:numId="7" w16cid:durableId="1821190316">
    <w:abstractNumId w:val="2"/>
  </w:num>
  <w:num w:numId="8" w16cid:durableId="1720088455">
    <w:abstractNumId w:val="1"/>
  </w:num>
  <w:num w:numId="9" w16cid:durableId="152208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F8E"/>
    <w:rsid w:val="0015074B"/>
    <w:rsid w:val="0029639D"/>
    <w:rsid w:val="00326F90"/>
    <w:rsid w:val="00337C94"/>
    <w:rsid w:val="00682095"/>
    <w:rsid w:val="008366DC"/>
    <w:rsid w:val="00AA1D8D"/>
    <w:rsid w:val="00AF4779"/>
    <w:rsid w:val="00B47730"/>
    <w:rsid w:val="00B71FD6"/>
    <w:rsid w:val="00CB0664"/>
    <w:rsid w:val="00ED4534"/>
    <w:rsid w:val="00F76A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26283"/>
  <w14:defaultImageDpi w14:val="300"/>
  <w15:docId w15:val="{F216ED3B-3487-4850-B886-8EE052AC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551</Words>
  <Characters>2452</Characters>
  <Application>Microsoft Office Word</Application>
  <DocSecurity>0</DocSecurity>
  <Lines>90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 Bree</cp:lastModifiedBy>
  <cp:revision>2</cp:revision>
  <cp:lastPrinted>2026-10-08T15:10:00Z</cp:lastPrinted>
  <dcterms:created xsi:type="dcterms:W3CDTF">2026-10-08T15:14:00Z</dcterms:created>
  <dcterms:modified xsi:type="dcterms:W3CDTF">2026-10-08T15:14:00Z</dcterms:modified>
  <cp:category/>
</cp:coreProperties>
</file>