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52C8E" w14:textId="47BB37D8" w:rsidR="00163101" w:rsidRPr="00163101" w:rsidRDefault="000C3D3D" w:rsidP="00163101">
      <w:pPr>
        <w:keepNext/>
        <w:keepLines/>
        <w:spacing w:before="480" w:after="0"/>
        <w:ind w:firstLine="720"/>
        <w:outlineLvl w:val="0"/>
        <w:rPr>
          <w:rFonts w:asciiTheme="majorHAnsi" w:eastAsiaTheme="majorEastAsia" w:hAnsiTheme="majorHAnsi" w:cstheme="majorBidi"/>
          <w:b/>
          <w:bCs/>
          <w:color w:val="000000" w:themeColor="text1"/>
          <w:sz w:val="36"/>
          <w:szCs w:val="36"/>
          <w:lang w:val="nl-NL"/>
        </w:rPr>
      </w:pPr>
      <w:r>
        <w:rPr>
          <w:rFonts w:asciiTheme="majorHAnsi" w:eastAsiaTheme="majorEastAsia" w:hAnsiTheme="majorHAnsi" w:cstheme="majorBidi"/>
          <w:b/>
          <w:bCs/>
          <w:color w:val="000000" w:themeColor="text1"/>
          <w:sz w:val="36"/>
          <w:szCs w:val="36"/>
          <w:lang w:val="nl-NL"/>
        </w:rPr>
        <w:t>Herfst in Nederland: de bladeren</w:t>
      </w:r>
    </w:p>
    <w:p w14:paraId="0BFD2853" w14:textId="707251DC" w:rsidR="00A95A3B" w:rsidRPr="00166F1B" w:rsidRDefault="00142828">
      <w:pPr>
        <w:pStyle w:val="Kop1"/>
        <w:rPr>
          <w:u w:val="single"/>
          <w:lang w:val="nl-NL"/>
        </w:rPr>
      </w:pPr>
      <w:r w:rsidRPr="00142828">
        <w:rPr>
          <w:noProof/>
          <w:lang w:val="nl-NL"/>
        </w:rPr>
        <w:drawing>
          <wp:inline distT="0" distB="0" distL="0" distR="0" wp14:anchorId="6CBB6BA4" wp14:editId="50DE74B6">
            <wp:extent cx="5518150" cy="1431908"/>
            <wp:effectExtent l="0" t="0" r="6350" b="0"/>
            <wp:docPr id="605095447" name="Afbeelding 1" descr="Afbeelding met Esdoornblad, blad, esdoorn, Witte esdoor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95447" name="Afbeelding 1" descr="Afbeelding met Esdoornblad, blad, esdoorn, Witte esdoorn&#10;&#10;Door AI gegenereerde inhoud is mogelijk onjuis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2658" cy="143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4AFBD" w14:textId="2BC1534D" w:rsidR="00A95A3B" w:rsidRPr="005E5963" w:rsidRDefault="005E5963">
      <w:pPr>
        <w:pStyle w:val="Kop2"/>
        <w:rPr>
          <w:color w:val="0070C0"/>
          <w:lang w:val="nl-NL"/>
        </w:rPr>
      </w:pPr>
      <w:r w:rsidRPr="005E5963">
        <w:rPr>
          <w:color w:val="0070C0"/>
          <w:lang w:val="nl-NL"/>
        </w:rPr>
        <w:t>Bladeren in Nederland</w:t>
      </w:r>
    </w:p>
    <w:p w14:paraId="1E36B815" w14:textId="79494E4A" w:rsidR="00A95A3B" w:rsidRPr="00142828" w:rsidRDefault="00EC2CC8">
      <w:pPr>
        <w:rPr>
          <w:lang w:val="nl-NL"/>
        </w:rPr>
      </w:pPr>
      <w:r w:rsidRPr="005E5963">
        <w:rPr>
          <w:lang w:val="nl-NL"/>
        </w:rPr>
        <w:t xml:space="preserve">In de herfst vallen de bladeren van de bomen. </w:t>
      </w:r>
      <w:r w:rsidR="005E5963">
        <w:rPr>
          <w:lang w:val="nl-NL"/>
        </w:rPr>
        <w:br/>
      </w:r>
      <w:r w:rsidRPr="005E5963">
        <w:rPr>
          <w:lang w:val="nl-NL"/>
        </w:rPr>
        <w:t xml:space="preserve">In veel landen blijven die gewoon liggen. Ze </w:t>
      </w:r>
      <w:r w:rsidRPr="005E5963">
        <w:rPr>
          <w:b/>
          <w:bCs/>
          <w:lang w:val="nl-NL"/>
        </w:rPr>
        <w:t xml:space="preserve">vergaan </w:t>
      </w:r>
      <w:r w:rsidRPr="005E5963">
        <w:rPr>
          <w:lang w:val="nl-NL"/>
        </w:rPr>
        <w:t>vanzelf</w:t>
      </w:r>
      <w:r w:rsidR="005E5963">
        <w:rPr>
          <w:lang w:val="nl-NL"/>
        </w:rPr>
        <w:t xml:space="preserve">, </w:t>
      </w:r>
      <w:r w:rsidRPr="005E5963">
        <w:rPr>
          <w:lang w:val="nl-NL"/>
        </w:rPr>
        <w:t>dat betekent: ze verdwijnen langzaam. Het blad wordt steeds kleiner en verandert in aarde. Zo vormen ze een zachte laag op de grond. Dieren kruipen eronder om te slapen of warm te blijven.</w:t>
      </w:r>
      <w:r w:rsidRPr="005E5963">
        <w:rPr>
          <w:lang w:val="nl-NL"/>
        </w:rPr>
        <w:br/>
      </w:r>
      <w:r w:rsidRPr="005E5963">
        <w:rPr>
          <w:lang w:val="nl-NL"/>
        </w:rPr>
        <w:br/>
        <w:t xml:space="preserve">Maar in Nederland doen we het anders. Hier </w:t>
      </w:r>
      <w:r w:rsidR="008218DD">
        <w:rPr>
          <w:lang w:val="nl-NL"/>
        </w:rPr>
        <w:t>gooien</w:t>
      </w:r>
      <w:r w:rsidRPr="005E5963">
        <w:rPr>
          <w:lang w:val="nl-NL"/>
        </w:rPr>
        <w:t xml:space="preserve"> we bladeren in een </w:t>
      </w:r>
      <w:r w:rsidRPr="005E5963">
        <w:rPr>
          <w:b/>
          <w:bCs/>
          <w:lang w:val="nl-NL"/>
        </w:rPr>
        <w:t>kooi</w:t>
      </w:r>
      <w:r w:rsidRPr="005E5963">
        <w:rPr>
          <w:lang w:val="nl-NL"/>
        </w:rPr>
        <w:t xml:space="preserve">, een soort grote bak van metaal of hout. En daarna komt een vrachtwagen </w:t>
      </w:r>
      <w:r w:rsidR="008218DD">
        <w:rPr>
          <w:lang w:val="nl-NL"/>
        </w:rPr>
        <w:t xml:space="preserve">van de gemeente </w:t>
      </w:r>
      <w:r w:rsidRPr="005E5963">
        <w:rPr>
          <w:lang w:val="nl-NL"/>
        </w:rPr>
        <w:t xml:space="preserve">om ze op te halen. </w:t>
      </w:r>
      <w:r w:rsidR="005E5963">
        <w:rPr>
          <w:lang w:val="nl-NL"/>
        </w:rPr>
        <w:br/>
      </w:r>
      <w:r w:rsidRPr="005E5963">
        <w:rPr>
          <w:lang w:val="nl-NL"/>
        </w:rPr>
        <w:t xml:space="preserve">Want…zo is het </w:t>
      </w:r>
      <w:r w:rsidRPr="005E5963">
        <w:rPr>
          <w:b/>
          <w:bCs/>
          <w:lang w:val="nl-NL"/>
        </w:rPr>
        <w:t>geregeld</w:t>
      </w:r>
      <w:r w:rsidR="005E5963" w:rsidRPr="005E5963">
        <w:rPr>
          <w:b/>
          <w:bCs/>
          <w:lang w:val="nl-NL"/>
        </w:rPr>
        <w:t>!</w:t>
      </w:r>
      <w:r w:rsidRPr="005E5963">
        <w:rPr>
          <w:lang w:val="nl-NL"/>
        </w:rPr>
        <w:br/>
      </w:r>
      <w:r w:rsidRPr="005E5963">
        <w:rPr>
          <w:lang w:val="nl-NL"/>
        </w:rPr>
        <w:br/>
        <w:t xml:space="preserve">Nederlanders houden van </w:t>
      </w:r>
      <w:r w:rsidRPr="005E5963">
        <w:rPr>
          <w:b/>
          <w:bCs/>
          <w:lang w:val="nl-NL"/>
        </w:rPr>
        <w:t>netheid</w:t>
      </w:r>
      <w:r w:rsidRPr="005E5963">
        <w:rPr>
          <w:lang w:val="nl-NL"/>
        </w:rPr>
        <w:t>. Op de stoep mag het niet glad worden. Het gras moet mooi groen blijven. En de str</w:t>
      </w:r>
      <w:r w:rsidRPr="005E5963">
        <w:rPr>
          <w:lang w:val="nl-NL"/>
        </w:rPr>
        <w:t xml:space="preserve">aat moet er netjes uitzien. Daarom worden de bladeren weggehaald. De gemeente brengt ze naar een fabriek. Daar worden ze </w:t>
      </w:r>
      <w:r w:rsidRPr="005E5963">
        <w:rPr>
          <w:b/>
          <w:bCs/>
          <w:lang w:val="nl-NL"/>
        </w:rPr>
        <w:t>compost</w:t>
      </w:r>
      <w:r w:rsidRPr="005E5963">
        <w:rPr>
          <w:lang w:val="nl-NL"/>
        </w:rPr>
        <w:t>: goede aarde voor parken en tuinen. Dus het is niet slecht</w:t>
      </w:r>
      <w:r w:rsidR="005E5963">
        <w:rPr>
          <w:lang w:val="nl-NL"/>
        </w:rPr>
        <w:t xml:space="preserve">; </w:t>
      </w:r>
      <w:r w:rsidRPr="005E5963">
        <w:rPr>
          <w:lang w:val="nl-NL"/>
        </w:rPr>
        <w:t>het blad krijgt een nieuw leven.</w:t>
      </w:r>
      <w:r w:rsidRPr="005E5963">
        <w:rPr>
          <w:lang w:val="nl-NL"/>
        </w:rPr>
        <w:br/>
      </w:r>
      <w:r w:rsidRPr="005E5963">
        <w:rPr>
          <w:lang w:val="nl-NL"/>
        </w:rPr>
        <w:br/>
        <w:t xml:space="preserve">Soms is het een beetje jammer. Bladeren zijn ook goed voor de natuur. Ze </w:t>
      </w:r>
      <w:r w:rsidRPr="005E5963">
        <w:rPr>
          <w:b/>
          <w:bCs/>
          <w:lang w:val="nl-NL"/>
        </w:rPr>
        <w:t>beschermen</w:t>
      </w:r>
      <w:r w:rsidRPr="005E5963">
        <w:rPr>
          <w:lang w:val="nl-NL"/>
        </w:rPr>
        <w:t xml:space="preserve"> de bodem. </w:t>
      </w:r>
      <w:r w:rsidRPr="005E5963">
        <w:rPr>
          <w:b/>
          <w:bCs/>
          <w:lang w:val="nl-NL"/>
        </w:rPr>
        <w:t>Egels</w:t>
      </w:r>
      <w:r w:rsidRPr="005E5963">
        <w:rPr>
          <w:lang w:val="nl-NL"/>
        </w:rPr>
        <w:t xml:space="preserve"> en </w:t>
      </w:r>
      <w:r w:rsidRPr="005E5963">
        <w:rPr>
          <w:b/>
          <w:bCs/>
          <w:lang w:val="nl-NL"/>
        </w:rPr>
        <w:t>insecten</w:t>
      </w:r>
      <w:r w:rsidR="005E5963">
        <w:rPr>
          <w:lang w:val="nl-NL"/>
        </w:rPr>
        <w:t xml:space="preserve"> - insecten </w:t>
      </w:r>
      <w:r w:rsidRPr="005E5963">
        <w:rPr>
          <w:lang w:val="nl-NL"/>
        </w:rPr>
        <w:t>zijn kleine dieren zoals kevers en mieren</w:t>
      </w:r>
      <w:r w:rsidR="005E5963">
        <w:rPr>
          <w:lang w:val="nl-NL"/>
        </w:rPr>
        <w:t xml:space="preserve">- </w:t>
      </w:r>
      <w:r w:rsidRPr="005E5963">
        <w:rPr>
          <w:lang w:val="nl-NL"/>
        </w:rPr>
        <w:t xml:space="preserve">wonen er graag onder. Als we alles opruimen, blijft er weinig </w:t>
      </w:r>
      <w:r w:rsidR="005E5963">
        <w:rPr>
          <w:lang w:val="nl-NL"/>
        </w:rPr>
        <w:t xml:space="preserve">voor ze </w:t>
      </w:r>
      <w:r w:rsidRPr="005E5963">
        <w:rPr>
          <w:lang w:val="nl-NL"/>
        </w:rPr>
        <w:t>over</w:t>
      </w:r>
      <w:r w:rsidR="005E5963">
        <w:rPr>
          <w:lang w:val="nl-NL"/>
        </w:rPr>
        <w:t>.</w:t>
      </w:r>
      <w:r w:rsidR="00142828" w:rsidRPr="00142828">
        <w:rPr>
          <w:lang w:val="nl-NL"/>
        </w:rPr>
        <w:t xml:space="preserve"> </w:t>
      </w:r>
      <w:r w:rsidR="00142828">
        <w:rPr>
          <w:lang w:val="nl-NL"/>
        </w:rPr>
        <w:br/>
        <w:t>De</w:t>
      </w:r>
      <w:r w:rsidR="00142828" w:rsidRPr="00142828">
        <w:rPr>
          <w:lang w:val="nl-NL"/>
        </w:rPr>
        <w:t xml:space="preserve"> egel</w:t>
      </w:r>
      <w:r w:rsidR="00142828">
        <w:rPr>
          <w:lang w:val="nl-NL"/>
        </w:rPr>
        <w:t>, dat kleine beestje met stekels,</w:t>
      </w:r>
      <w:r w:rsidR="00142828" w:rsidRPr="00142828">
        <w:rPr>
          <w:lang w:val="nl-NL"/>
        </w:rPr>
        <w:t xml:space="preserve"> houdt van een </w:t>
      </w:r>
      <w:r w:rsidR="00142828" w:rsidRPr="00142828">
        <w:rPr>
          <w:b/>
          <w:bCs/>
          <w:lang w:val="nl-NL"/>
        </w:rPr>
        <w:t>rommelige</w:t>
      </w:r>
      <w:r w:rsidR="00142828" w:rsidRPr="00142828">
        <w:rPr>
          <w:lang w:val="nl-NL"/>
        </w:rPr>
        <w:t xml:space="preserve"> tuin. Tussen de bladeren en takken vindt hij eten en een plek om te slapen. Als alles netjes is opgeruimd, heeft hij het moeilijker om te </w:t>
      </w:r>
      <w:r w:rsidR="00142828" w:rsidRPr="00142828">
        <w:rPr>
          <w:b/>
          <w:bCs/>
          <w:lang w:val="nl-NL"/>
        </w:rPr>
        <w:t>overleven</w:t>
      </w:r>
      <w:r w:rsidR="00142828" w:rsidRPr="00142828">
        <w:rPr>
          <w:lang w:val="nl-NL"/>
        </w:rPr>
        <w:t>.</w:t>
      </w:r>
    </w:p>
    <w:p w14:paraId="3440CFFA" w14:textId="6C1AF8B0" w:rsidR="00A95A3B" w:rsidRPr="005E5963" w:rsidRDefault="00EC2CC8">
      <w:pPr>
        <w:pStyle w:val="Kop2"/>
        <w:rPr>
          <w:color w:val="0070C0"/>
          <w:lang w:val="nl-NL"/>
        </w:rPr>
      </w:pPr>
      <w:r w:rsidRPr="005E5963">
        <w:rPr>
          <w:color w:val="0070C0"/>
          <w:lang w:val="nl-NL"/>
        </w:rPr>
        <w:t>Woordenschat</w:t>
      </w:r>
    </w:p>
    <w:p w14:paraId="42D7F507" w14:textId="4CD91DFE" w:rsidR="00A95A3B" w:rsidRPr="005E5963" w:rsidRDefault="00EC2CC8">
      <w:pPr>
        <w:rPr>
          <w:lang w:val="nl-NL"/>
        </w:rPr>
      </w:pPr>
      <w:r w:rsidRPr="005E5963">
        <w:rPr>
          <w:b/>
          <w:bCs/>
          <w:lang w:val="nl-NL"/>
        </w:rPr>
        <w:t>Zoek de betekenis.</w:t>
      </w:r>
      <w:r w:rsidRPr="005E5963">
        <w:rPr>
          <w:lang w:val="nl-NL"/>
        </w:rPr>
        <w:t xml:space="preserve"> </w:t>
      </w:r>
      <w:r w:rsidR="005E5963">
        <w:rPr>
          <w:lang w:val="nl-NL"/>
        </w:rPr>
        <w:br/>
      </w:r>
      <w:r w:rsidRPr="005E5963">
        <w:rPr>
          <w:lang w:val="nl-NL"/>
        </w:rPr>
        <w:t>Schrijf de juiste letter bij het goede woord.</w:t>
      </w:r>
      <w:r w:rsidRPr="005E5963">
        <w:rPr>
          <w:lang w:val="nl-NL"/>
        </w:rPr>
        <w:br/>
      </w:r>
      <w:r w:rsidRPr="005E5963">
        <w:rPr>
          <w:lang w:val="nl-NL"/>
        </w:rPr>
        <w:br/>
      </w:r>
      <w:r w:rsidR="005E5963">
        <w:rPr>
          <w:lang w:val="nl-NL"/>
        </w:rPr>
        <w:t>1. beschermen</w:t>
      </w:r>
      <w:r w:rsidR="005E5963">
        <w:rPr>
          <w:lang w:val="nl-NL"/>
        </w:rPr>
        <w:br/>
        <w:t>2</w:t>
      </w:r>
      <w:r w:rsidR="005E5963" w:rsidRPr="005E5963">
        <w:rPr>
          <w:lang w:val="nl-NL"/>
        </w:rPr>
        <w:t>. compost</w:t>
      </w:r>
      <w:r w:rsidRPr="005E5963">
        <w:rPr>
          <w:lang w:val="nl-NL"/>
        </w:rPr>
        <w:br/>
        <w:t>3. de egel</w:t>
      </w:r>
      <w:r w:rsidRPr="005E5963">
        <w:rPr>
          <w:lang w:val="nl-NL"/>
        </w:rPr>
        <w:br/>
      </w:r>
      <w:r w:rsidRPr="005E5963">
        <w:rPr>
          <w:lang w:val="nl-NL"/>
        </w:rPr>
        <w:lastRenderedPageBreak/>
        <w:t xml:space="preserve">4. </w:t>
      </w:r>
      <w:r w:rsidR="005E5963" w:rsidRPr="005E5963">
        <w:rPr>
          <w:lang w:val="nl-NL"/>
        </w:rPr>
        <w:t>n</w:t>
      </w:r>
      <w:r w:rsidRPr="005E5963">
        <w:rPr>
          <w:lang w:val="nl-NL"/>
        </w:rPr>
        <w:t>etjes</w:t>
      </w:r>
      <w:r w:rsidR="005E5963" w:rsidRPr="005E5963">
        <w:rPr>
          <w:lang w:val="nl-NL"/>
        </w:rPr>
        <w:t>/ netheid</w:t>
      </w:r>
      <w:r w:rsidRPr="005E5963">
        <w:rPr>
          <w:lang w:val="nl-NL"/>
        </w:rPr>
        <w:br/>
        <w:t>5. geregeld</w:t>
      </w:r>
      <w:r w:rsidRPr="005E5963">
        <w:rPr>
          <w:lang w:val="nl-NL"/>
        </w:rPr>
        <w:br/>
        <w:t>6. vergaan</w:t>
      </w:r>
      <w:r w:rsidRPr="005E5963">
        <w:rPr>
          <w:lang w:val="nl-NL"/>
        </w:rPr>
        <w:br/>
        <w:t>7. de kooi</w:t>
      </w:r>
      <w:r w:rsidRPr="005E5963">
        <w:rPr>
          <w:lang w:val="nl-NL"/>
        </w:rPr>
        <w:br/>
        <w:t>8. de insecte</w:t>
      </w:r>
      <w:r w:rsidR="00142828">
        <w:rPr>
          <w:lang w:val="nl-NL"/>
        </w:rPr>
        <w:t>n</w:t>
      </w:r>
      <w:r w:rsidR="00142828">
        <w:rPr>
          <w:lang w:val="nl-NL"/>
        </w:rPr>
        <w:br/>
        <w:t>9. rommelig</w:t>
      </w:r>
      <w:r w:rsidR="00142828">
        <w:rPr>
          <w:lang w:val="nl-NL"/>
        </w:rPr>
        <w:br/>
        <w:t>10. overleven</w:t>
      </w:r>
      <w:r w:rsidRPr="005E5963">
        <w:rPr>
          <w:lang w:val="nl-NL"/>
        </w:rPr>
        <w:br/>
      </w:r>
      <w:r w:rsidRPr="005E5963">
        <w:rPr>
          <w:lang w:val="nl-NL"/>
        </w:rPr>
        <w:br/>
        <w:t>a. aarde gemaakt van oud blad en planten</w:t>
      </w:r>
      <w:r w:rsidRPr="005E5963">
        <w:rPr>
          <w:lang w:val="nl-NL"/>
        </w:rPr>
        <w:br/>
        <w:t>b. opgeruimd, schoon</w:t>
      </w:r>
      <w:r w:rsidR="00142828">
        <w:rPr>
          <w:lang w:val="nl-NL"/>
        </w:rPr>
        <w:br/>
        <w:t>c. niet netjes</w:t>
      </w:r>
      <w:r w:rsidRPr="005E5963">
        <w:rPr>
          <w:lang w:val="nl-NL"/>
        </w:rPr>
        <w:br/>
      </w:r>
      <w:r w:rsidR="00142828">
        <w:rPr>
          <w:lang w:val="nl-NL"/>
        </w:rPr>
        <w:t>d</w:t>
      </w:r>
      <w:r w:rsidRPr="005E5963">
        <w:rPr>
          <w:lang w:val="nl-NL"/>
        </w:rPr>
        <w:t>. klein dier met stekels</w:t>
      </w:r>
      <w:r w:rsidRPr="005E5963">
        <w:rPr>
          <w:lang w:val="nl-NL"/>
        </w:rPr>
        <w:br/>
      </w:r>
      <w:r w:rsidR="00142828">
        <w:rPr>
          <w:lang w:val="nl-NL"/>
        </w:rPr>
        <w:t>e</w:t>
      </w:r>
      <w:r w:rsidRPr="005E5963">
        <w:rPr>
          <w:lang w:val="nl-NL"/>
        </w:rPr>
        <w:t>. langzaam verdwijnen</w:t>
      </w:r>
      <w:r w:rsidRPr="005E5963">
        <w:rPr>
          <w:lang w:val="nl-NL"/>
        </w:rPr>
        <w:br/>
      </w:r>
      <w:r w:rsidR="00142828">
        <w:rPr>
          <w:lang w:val="nl-NL"/>
        </w:rPr>
        <w:t>f</w:t>
      </w:r>
      <w:r w:rsidRPr="005E5963">
        <w:rPr>
          <w:lang w:val="nl-NL"/>
        </w:rPr>
        <w:t>. georganiseerd, volgens regels</w:t>
      </w:r>
      <w:r w:rsidRPr="005E5963">
        <w:rPr>
          <w:lang w:val="nl-NL"/>
        </w:rPr>
        <w:br/>
      </w:r>
      <w:r w:rsidR="00142828">
        <w:rPr>
          <w:lang w:val="nl-NL"/>
        </w:rPr>
        <w:t>g</w:t>
      </w:r>
      <w:r w:rsidRPr="005E5963">
        <w:rPr>
          <w:lang w:val="nl-NL"/>
        </w:rPr>
        <w:t>. grote bak van metaal of hout voor bladeren</w:t>
      </w:r>
      <w:r w:rsidRPr="005E5963">
        <w:rPr>
          <w:lang w:val="nl-NL"/>
        </w:rPr>
        <w:br/>
      </w:r>
      <w:r w:rsidR="00142828">
        <w:rPr>
          <w:lang w:val="nl-NL"/>
        </w:rPr>
        <w:t>h</w:t>
      </w:r>
      <w:r w:rsidRPr="005E5963">
        <w:rPr>
          <w:lang w:val="nl-NL"/>
        </w:rPr>
        <w:t>. kleine dieren, bijvoorbeeld mieren of kevers</w:t>
      </w:r>
      <w:r w:rsidRPr="005E5963">
        <w:rPr>
          <w:lang w:val="nl-NL"/>
        </w:rPr>
        <w:br/>
      </w:r>
      <w:r w:rsidR="00142828">
        <w:rPr>
          <w:lang w:val="nl-NL"/>
        </w:rPr>
        <w:t>i</w:t>
      </w:r>
      <w:r w:rsidRPr="005E5963">
        <w:rPr>
          <w:lang w:val="nl-NL"/>
        </w:rPr>
        <w:t xml:space="preserve">. </w:t>
      </w:r>
      <w:r w:rsidR="005E5963">
        <w:rPr>
          <w:lang w:val="nl-NL"/>
        </w:rPr>
        <w:t>zorgen dat er niets mee gebeurt</w:t>
      </w:r>
      <w:r w:rsidR="00142828">
        <w:rPr>
          <w:lang w:val="nl-NL"/>
        </w:rPr>
        <w:br/>
        <w:t>j. blijven leven, niet doodgaan</w:t>
      </w:r>
    </w:p>
    <w:p w14:paraId="260FFDAC" w14:textId="77777777" w:rsidR="00142828" w:rsidRDefault="00142828">
      <w:pPr>
        <w:rPr>
          <w:b/>
          <w:bCs/>
          <w:lang w:val="nl-NL"/>
        </w:rPr>
      </w:pPr>
      <w:r w:rsidRPr="00142828">
        <w:rPr>
          <w:b/>
          <w:bCs/>
          <w:noProof/>
          <w:lang w:val="nl-NL"/>
        </w:rPr>
        <w:drawing>
          <wp:anchor distT="0" distB="0" distL="114300" distR="114300" simplePos="0" relativeHeight="251657728" behindDoc="1" locked="0" layoutInCell="1" allowOverlap="1" wp14:anchorId="3701A43D" wp14:editId="6B91E48D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212090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41" y="21363"/>
                <wp:lineTo x="21341" y="0"/>
                <wp:lineTo x="0" y="0"/>
              </wp:wrapPolygon>
            </wp:wrapTight>
            <wp:docPr id="271697372" name="Afbeelding 1" descr="Afbeelding met blad, herfst, val, ei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7372" name="Afbeelding 1" descr="Afbeelding met blad, herfst, val, eik&#10;&#10;Door AI gegenereerde inhoud is mogelijk onjuis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963">
        <w:rPr>
          <w:lang w:val="nl-NL"/>
        </w:rPr>
        <w:br/>
      </w:r>
    </w:p>
    <w:p w14:paraId="71DFDCAA" w14:textId="4E836DC0" w:rsidR="00A95A3B" w:rsidRPr="005E5963" w:rsidRDefault="00EC2CC8">
      <w:pPr>
        <w:rPr>
          <w:lang w:val="nl-NL"/>
        </w:rPr>
      </w:pPr>
      <w:r w:rsidRPr="005E5963">
        <w:rPr>
          <w:b/>
          <w:bCs/>
          <w:lang w:val="nl-NL"/>
        </w:rPr>
        <w:t>Vul in met de juiste woorden</w:t>
      </w:r>
      <w:r w:rsidRPr="005E5963">
        <w:rPr>
          <w:lang w:val="nl-NL"/>
        </w:rPr>
        <w:t xml:space="preserve">: </w:t>
      </w:r>
      <w:r w:rsidR="005E5963">
        <w:rPr>
          <w:lang w:val="nl-NL"/>
        </w:rPr>
        <w:br/>
      </w:r>
      <w:r w:rsidRPr="005E5963">
        <w:rPr>
          <w:lang w:val="nl-NL"/>
        </w:rPr>
        <w:t>b</w:t>
      </w:r>
      <w:r w:rsidR="005E5963">
        <w:rPr>
          <w:lang w:val="nl-NL"/>
        </w:rPr>
        <w:t>eschermen</w:t>
      </w:r>
      <w:r w:rsidRPr="005E5963">
        <w:rPr>
          <w:lang w:val="nl-NL"/>
        </w:rPr>
        <w:t xml:space="preserve">– netjes – </w:t>
      </w:r>
      <w:r w:rsidR="00142828">
        <w:rPr>
          <w:lang w:val="nl-NL"/>
        </w:rPr>
        <w:t xml:space="preserve">overleven - </w:t>
      </w:r>
      <w:r w:rsidRPr="005E5963">
        <w:rPr>
          <w:lang w:val="nl-NL"/>
        </w:rPr>
        <w:t>egel – compost – geregeld – vergaan – kooi – insecten</w:t>
      </w:r>
      <w:r w:rsidR="00142828">
        <w:rPr>
          <w:lang w:val="nl-NL"/>
        </w:rPr>
        <w:t xml:space="preserve"> - rommelige</w:t>
      </w:r>
    </w:p>
    <w:p w14:paraId="4899B29B" w14:textId="77777777" w:rsidR="00142828" w:rsidRDefault="00142828">
      <w:pPr>
        <w:rPr>
          <w:lang w:val="nl-NL"/>
        </w:rPr>
      </w:pPr>
    </w:p>
    <w:p w14:paraId="77BD779A" w14:textId="77777777" w:rsidR="00142828" w:rsidRDefault="00142828">
      <w:pPr>
        <w:rPr>
          <w:lang w:val="nl-NL"/>
        </w:rPr>
      </w:pPr>
    </w:p>
    <w:p w14:paraId="34215EC5" w14:textId="26326E48" w:rsidR="00A95A3B" w:rsidRPr="005E5963" w:rsidRDefault="00EC2CC8">
      <w:pPr>
        <w:rPr>
          <w:lang w:val="nl-NL"/>
        </w:rPr>
      </w:pPr>
      <w:r w:rsidRPr="005E5963">
        <w:rPr>
          <w:lang w:val="nl-NL"/>
        </w:rPr>
        <w:t>a. In Nederland is bijna alles goed _______</w:t>
      </w:r>
      <w:r w:rsidR="00166F1B">
        <w:rPr>
          <w:lang w:val="nl-NL"/>
        </w:rPr>
        <w:t>________</w:t>
      </w:r>
      <w:r w:rsidRPr="005E5963">
        <w:rPr>
          <w:lang w:val="nl-NL"/>
        </w:rPr>
        <w:t>_.</w:t>
      </w:r>
      <w:r w:rsidRPr="005E5963">
        <w:rPr>
          <w:lang w:val="nl-NL"/>
        </w:rPr>
        <w:br/>
        <w:t>b. De gemeente maakt van oude bladeren nieuwe _____</w:t>
      </w:r>
      <w:r w:rsidR="00166F1B">
        <w:rPr>
          <w:lang w:val="nl-NL"/>
        </w:rPr>
        <w:t>______</w:t>
      </w:r>
      <w:r w:rsidRPr="005E5963">
        <w:rPr>
          <w:lang w:val="nl-NL"/>
        </w:rPr>
        <w:t>___.</w:t>
      </w:r>
      <w:r w:rsidRPr="005E5963">
        <w:rPr>
          <w:lang w:val="nl-NL"/>
        </w:rPr>
        <w:br/>
        <w:t xml:space="preserve">c. </w:t>
      </w:r>
      <w:r w:rsidR="00166F1B">
        <w:rPr>
          <w:lang w:val="nl-NL"/>
        </w:rPr>
        <w:t>Bladeren __________________ de bodem.</w:t>
      </w:r>
      <w:r w:rsidRPr="005E5963">
        <w:rPr>
          <w:lang w:val="nl-NL"/>
        </w:rPr>
        <w:br/>
        <w:t>d. De straat is weer schoon en ________</w:t>
      </w:r>
      <w:r w:rsidR="00166F1B">
        <w:rPr>
          <w:lang w:val="nl-NL"/>
        </w:rPr>
        <w:t>______</w:t>
      </w:r>
      <w:r w:rsidRPr="005E5963">
        <w:rPr>
          <w:lang w:val="nl-NL"/>
        </w:rPr>
        <w:t>.</w:t>
      </w:r>
      <w:r w:rsidRPr="005E5963">
        <w:rPr>
          <w:lang w:val="nl-NL"/>
        </w:rPr>
        <w:br/>
        <w:t>e. Een ________</w:t>
      </w:r>
      <w:r w:rsidR="00166F1B">
        <w:rPr>
          <w:lang w:val="nl-NL"/>
        </w:rPr>
        <w:t>______</w:t>
      </w:r>
      <w:r w:rsidRPr="005E5963">
        <w:rPr>
          <w:lang w:val="nl-NL"/>
        </w:rPr>
        <w:t xml:space="preserve"> slaapt vaak onder een stapel bladeren.</w:t>
      </w:r>
      <w:r w:rsidRPr="005E5963">
        <w:rPr>
          <w:lang w:val="nl-NL"/>
        </w:rPr>
        <w:br/>
        <w:t>f. De bladeren ________</w:t>
      </w:r>
      <w:r w:rsidR="00166F1B">
        <w:rPr>
          <w:lang w:val="nl-NL"/>
        </w:rPr>
        <w:t>_______</w:t>
      </w:r>
      <w:r w:rsidRPr="005E5963">
        <w:rPr>
          <w:lang w:val="nl-NL"/>
        </w:rPr>
        <w:t xml:space="preserve"> langza</w:t>
      </w:r>
      <w:r w:rsidR="00166F1B">
        <w:rPr>
          <w:lang w:val="nl-NL"/>
        </w:rPr>
        <w:t xml:space="preserve">am. </w:t>
      </w:r>
      <w:r w:rsidRPr="005E5963">
        <w:rPr>
          <w:lang w:val="nl-NL"/>
        </w:rPr>
        <w:br/>
        <w:t>g. In de herfst kruipen veel kleine ________</w:t>
      </w:r>
      <w:r w:rsidR="00166F1B">
        <w:rPr>
          <w:lang w:val="nl-NL"/>
        </w:rPr>
        <w:t>___________</w:t>
      </w:r>
      <w:r w:rsidRPr="005E5963">
        <w:rPr>
          <w:lang w:val="nl-NL"/>
        </w:rPr>
        <w:t xml:space="preserve"> onder de bladeren.</w:t>
      </w:r>
      <w:r w:rsidR="00142828">
        <w:rPr>
          <w:lang w:val="nl-NL"/>
        </w:rPr>
        <w:br/>
        <w:t>h. In een _________________ tuin kan de egel beter overleven.</w:t>
      </w:r>
      <w:r w:rsidRPr="005E5963">
        <w:rPr>
          <w:lang w:val="nl-NL"/>
        </w:rPr>
        <w:br/>
      </w:r>
      <w:r w:rsidR="00142828">
        <w:rPr>
          <w:lang w:val="nl-NL"/>
        </w:rPr>
        <w:t>i</w:t>
      </w:r>
      <w:r w:rsidRPr="005E5963">
        <w:rPr>
          <w:lang w:val="nl-NL"/>
        </w:rPr>
        <w:t>. De bladeren zitten in een grote ________</w:t>
      </w:r>
      <w:r w:rsidR="00166F1B">
        <w:rPr>
          <w:lang w:val="nl-NL"/>
        </w:rPr>
        <w:t>_______</w:t>
      </w:r>
      <w:r w:rsidRPr="005E5963">
        <w:rPr>
          <w:lang w:val="nl-NL"/>
        </w:rPr>
        <w:t xml:space="preserve"> van metaal.</w:t>
      </w:r>
      <w:r w:rsidR="00142828">
        <w:rPr>
          <w:lang w:val="nl-NL"/>
        </w:rPr>
        <w:br/>
        <w:t>j. In een nette tuin kan de egel moeilijk ______________________</w:t>
      </w:r>
    </w:p>
    <w:p w14:paraId="66D5CE01" w14:textId="77777777" w:rsidR="00142828" w:rsidRDefault="00142828">
      <w:pPr>
        <w:rPr>
          <w:b/>
          <w:bCs/>
          <w:lang w:val="nl-NL"/>
        </w:rPr>
      </w:pPr>
    </w:p>
    <w:p w14:paraId="31F13398" w14:textId="77777777" w:rsidR="00142828" w:rsidRDefault="00142828">
      <w:pPr>
        <w:rPr>
          <w:b/>
          <w:bCs/>
          <w:lang w:val="nl-NL"/>
        </w:rPr>
      </w:pPr>
    </w:p>
    <w:p w14:paraId="72796363" w14:textId="0130386C" w:rsidR="00A95A3B" w:rsidRDefault="00EC2CC8">
      <w:pPr>
        <w:rPr>
          <w:lang w:val="nl-NL"/>
        </w:rPr>
      </w:pPr>
      <w:r w:rsidRPr="00166F1B">
        <w:rPr>
          <w:b/>
          <w:bCs/>
          <w:lang w:val="nl-NL"/>
        </w:rPr>
        <w:lastRenderedPageBreak/>
        <w:t>Kies het juiste antwoord</w:t>
      </w:r>
      <w:r w:rsidR="00166F1B">
        <w:rPr>
          <w:lang w:val="nl-NL"/>
        </w:rPr>
        <w:t xml:space="preserve">. </w:t>
      </w:r>
      <w:r w:rsidRPr="005E5963">
        <w:rPr>
          <w:lang w:val="nl-NL"/>
        </w:rPr>
        <w:br/>
      </w:r>
      <w:r w:rsidRPr="005E5963">
        <w:rPr>
          <w:lang w:val="nl-NL"/>
        </w:rPr>
        <w:br/>
        <w:t>1. Wat gebeurt er met het blad in Nederland?</w:t>
      </w:r>
      <w:r w:rsidRPr="005E5963">
        <w:rPr>
          <w:lang w:val="nl-NL"/>
        </w:rPr>
        <w:br/>
        <w:t xml:space="preserve">a. Het wordt weggegooid.  </w:t>
      </w:r>
      <w:r w:rsidR="00166F1B">
        <w:rPr>
          <w:lang w:val="nl-NL"/>
        </w:rPr>
        <w:br/>
      </w:r>
      <w:r w:rsidRPr="005E5963">
        <w:rPr>
          <w:lang w:val="nl-NL"/>
        </w:rPr>
        <w:t xml:space="preserve">b. Het wordt compost.  </w:t>
      </w:r>
      <w:r w:rsidR="00166F1B">
        <w:rPr>
          <w:lang w:val="nl-NL"/>
        </w:rPr>
        <w:br/>
      </w:r>
      <w:r w:rsidRPr="005E5963">
        <w:rPr>
          <w:lang w:val="nl-NL"/>
        </w:rPr>
        <w:t>c. Het wordt verbrand.</w:t>
      </w:r>
      <w:r w:rsidRPr="005E5963">
        <w:rPr>
          <w:lang w:val="nl-NL"/>
        </w:rPr>
        <w:br/>
      </w:r>
      <w:r w:rsidRPr="005E5963">
        <w:rPr>
          <w:lang w:val="nl-NL"/>
        </w:rPr>
        <w:br/>
        <w:t xml:space="preserve">2. Waarom haalt de gemeente </w:t>
      </w:r>
      <w:r w:rsidR="00166F1B">
        <w:rPr>
          <w:lang w:val="nl-NL"/>
        </w:rPr>
        <w:t xml:space="preserve">het </w:t>
      </w:r>
      <w:r w:rsidRPr="005E5963">
        <w:rPr>
          <w:lang w:val="nl-NL"/>
        </w:rPr>
        <w:t>blad weg?</w:t>
      </w:r>
      <w:r w:rsidRPr="005E5963">
        <w:rPr>
          <w:lang w:val="nl-NL"/>
        </w:rPr>
        <w:br/>
        <w:t>a. Omdat Nederlanders het graag netjes willen hebben.</w:t>
      </w:r>
      <w:r w:rsidRPr="005E5963">
        <w:rPr>
          <w:lang w:val="nl-NL"/>
        </w:rPr>
        <w:br/>
        <w:t>b. Omdat mensen bang zijn voor insecten.</w:t>
      </w:r>
      <w:r w:rsidRPr="005E5963">
        <w:rPr>
          <w:lang w:val="nl-NL"/>
        </w:rPr>
        <w:br/>
        <w:t>c. Omdat er te weinig vrachtwagens zijn.</w:t>
      </w:r>
      <w:r w:rsidRPr="005E5963">
        <w:rPr>
          <w:lang w:val="nl-NL"/>
        </w:rPr>
        <w:br/>
      </w:r>
      <w:r w:rsidRPr="005E5963">
        <w:rPr>
          <w:lang w:val="nl-NL"/>
        </w:rPr>
        <w:br/>
        <w:t>3. Wat is een nadeel van blad opruimen?</w:t>
      </w:r>
      <w:r w:rsidRPr="005E5963">
        <w:rPr>
          <w:lang w:val="nl-NL"/>
        </w:rPr>
        <w:br/>
        <w:t>a. Dieren verliezen hun schuilplek.</w:t>
      </w:r>
      <w:r w:rsidRPr="005E5963">
        <w:rPr>
          <w:lang w:val="nl-NL"/>
        </w:rPr>
        <w:br/>
        <w:t>b. Er komt te veel compost.</w:t>
      </w:r>
      <w:r w:rsidRPr="005E5963">
        <w:rPr>
          <w:lang w:val="nl-NL"/>
        </w:rPr>
        <w:br/>
        <w:t>c. De bomen worden ziek.</w:t>
      </w:r>
      <w:r w:rsidRPr="005E5963">
        <w:rPr>
          <w:lang w:val="nl-NL"/>
        </w:rPr>
        <w:br/>
      </w:r>
      <w:r w:rsidRPr="005E5963">
        <w:rPr>
          <w:lang w:val="nl-NL"/>
        </w:rPr>
        <w:br/>
        <w:t>4. Wat zegt de tekst over Nederland?</w:t>
      </w:r>
      <w:r w:rsidRPr="005E5963">
        <w:rPr>
          <w:lang w:val="nl-NL"/>
        </w:rPr>
        <w:br/>
        <w:t xml:space="preserve">a. Het is een land waar mensen </w:t>
      </w:r>
      <w:r w:rsidR="00166F1B">
        <w:rPr>
          <w:lang w:val="nl-NL"/>
        </w:rPr>
        <w:t>het graag netjes willen hebben</w:t>
      </w:r>
      <w:r w:rsidRPr="005E5963">
        <w:rPr>
          <w:lang w:val="nl-NL"/>
        </w:rPr>
        <w:t>.</w:t>
      </w:r>
      <w:r w:rsidRPr="005E5963">
        <w:rPr>
          <w:lang w:val="nl-NL"/>
        </w:rPr>
        <w:br/>
        <w:t>b. Het is een land waar niemand opruimt.</w:t>
      </w:r>
      <w:r w:rsidRPr="005E5963">
        <w:rPr>
          <w:lang w:val="nl-NL"/>
        </w:rPr>
        <w:br/>
        <w:t>c. Het is een land zonder natuur.</w:t>
      </w:r>
    </w:p>
    <w:p w14:paraId="34980F17" w14:textId="77777777" w:rsidR="00142828" w:rsidRDefault="00142828">
      <w:pPr>
        <w:rPr>
          <w:lang w:val="nl-NL"/>
        </w:rPr>
      </w:pPr>
      <w:r w:rsidRPr="00142828">
        <w:rPr>
          <w:rStyle w:val="Kop2Char"/>
          <w:noProof/>
          <w:color w:val="0070C0"/>
          <w:lang w:val="nl-NL"/>
        </w:rPr>
        <w:drawing>
          <wp:anchor distT="0" distB="0" distL="114300" distR="114300" simplePos="0" relativeHeight="251655680" behindDoc="1" locked="0" layoutInCell="1" allowOverlap="1" wp14:anchorId="67E38094" wp14:editId="07974CC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184400" cy="1611630"/>
            <wp:effectExtent l="0" t="0" r="6350" b="7620"/>
            <wp:wrapTight wrapText="bothSides">
              <wp:wrapPolygon edited="0">
                <wp:start x="0" y="0"/>
                <wp:lineTo x="0" y="21447"/>
                <wp:lineTo x="21474" y="21447"/>
                <wp:lineTo x="21474" y="0"/>
                <wp:lineTo x="0" y="0"/>
              </wp:wrapPolygon>
            </wp:wrapTight>
            <wp:docPr id="1510968686" name="Afbeelding 1" descr="Afbeelding met zoogdier, egel, Egels, stekelvark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68686" name="Afbeelding 1" descr="Afbeelding met zoogdier, egel, Egels, stekelvarken&#10;&#10;Door AI gegenereerde inhoud is mogelijk onjuis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2828">
        <w:rPr>
          <w:rStyle w:val="Kop2Char"/>
          <w:color w:val="0070C0"/>
          <w:lang w:val="nl-NL"/>
        </w:rPr>
        <w:t>Schrijfopdracht</w:t>
      </w:r>
      <w:r w:rsidRPr="00142828">
        <w:rPr>
          <w:rStyle w:val="Kop2Char"/>
          <w:color w:val="0070C0"/>
          <w:lang w:val="nl-NL"/>
        </w:rPr>
        <w:br/>
      </w:r>
      <w:r w:rsidRPr="00142828">
        <w:rPr>
          <w:lang w:val="nl-NL"/>
        </w:rPr>
        <w:t xml:space="preserve">Schrijf een paar zinnen over de egel. </w:t>
      </w:r>
      <w:r>
        <w:rPr>
          <w:lang w:val="nl-NL"/>
        </w:rPr>
        <w:br/>
      </w:r>
      <w:r w:rsidRPr="00142828">
        <w:rPr>
          <w:lang w:val="nl-NL"/>
        </w:rPr>
        <w:t>Wat kun jij doen om de egel te helpen in de herfst of winter?</w:t>
      </w:r>
      <w:r w:rsidRPr="00142828">
        <w:rPr>
          <w:lang w:val="nl-NL"/>
        </w:rPr>
        <w:br/>
        <w:t>Denk aan: bladeren, een rommelhoekje in de tuin, eten of water.</w:t>
      </w:r>
    </w:p>
    <w:p w14:paraId="19A7DF62" w14:textId="77777777" w:rsidR="00142828" w:rsidRDefault="00142828">
      <w:pPr>
        <w:rPr>
          <w:lang w:val="nl-NL"/>
        </w:rPr>
      </w:pPr>
    </w:p>
    <w:p w14:paraId="26691310" w14:textId="4887B7ED" w:rsidR="00142828" w:rsidRPr="00142828" w:rsidRDefault="00142828">
      <w:pPr>
        <w:rPr>
          <w:lang w:val="nl-NL"/>
        </w:rPr>
      </w:pPr>
      <w:r w:rsidRPr="00142828">
        <w:rPr>
          <w:lang w:val="nl-NL"/>
        </w:rPr>
        <w:br/>
        <w:t>Begin je tekst met:</w:t>
      </w:r>
      <w:r w:rsidRPr="00142828">
        <w:rPr>
          <w:lang w:val="nl-NL"/>
        </w:rPr>
        <w:br/>
      </w:r>
      <w:r w:rsidRPr="00142828">
        <w:rPr>
          <w:rStyle w:val="Zwaar"/>
          <w:b w:val="0"/>
          <w:bCs w:val="0"/>
          <w:i/>
          <w:iCs/>
          <w:lang w:val="nl-NL"/>
        </w:rPr>
        <w:t>Ik kan de egel helpen door…</w:t>
      </w:r>
      <w:r>
        <w:rPr>
          <w:rStyle w:val="Zwaar"/>
          <w:b w:val="0"/>
          <w:bCs w:val="0"/>
          <w:i/>
          <w:iCs/>
          <w:lang w:val="nl-NL"/>
        </w:rPr>
        <w:t xml:space="preserve"> </w:t>
      </w:r>
      <w:r>
        <w:rPr>
          <w:rStyle w:val="Zwaar"/>
          <w:b w:val="0"/>
          <w:bCs w:val="0"/>
          <w:i/>
          <w:iCs/>
          <w:lang w:val="nl-NL"/>
        </w:rPr>
        <w:br/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273375C0" w14:textId="4655E1B1" w:rsidR="00A95A3B" w:rsidRPr="00142828" w:rsidRDefault="00EC2CC8">
      <w:pPr>
        <w:pStyle w:val="Kop2"/>
        <w:rPr>
          <w:color w:val="0070C0"/>
          <w:lang w:val="nl-NL"/>
        </w:rPr>
      </w:pPr>
      <w:r w:rsidRPr="00142828">
        <w:rPr>
          <w:color w:val="0070C0"/>
          <w:lang w:val="nl-NL"/>
        </w:rPr>
        <w:t>Spreekopdracht</w:t>
      </w:r>
    </w:p>
    <w:p w14:paraId="7C391BCA" w14:textId="33D75061" w:rsidR="00A95A3B" w:rsidRDefault="00EC2CC8">
      <w:pPr>
        <w:rPr>
          <w:lang w:val="nl-NL"/>
        </w:rPr>
      </w:pPr>
      <w:r w:rsidRPr="005E5963">
        <w:rPr>
          <w:lang w:val="nl-NL"/>
        </w:rPr>
        <w:t>Praat samen over deze vragen:</w:t>
      </w:r>
      <w:r w:rsidRPr="005E5963">
        <w:rPr>
          <w:lang w:val="nl-NL"/>
        </w:rPr>
        <w:br/>
        <w:t>1. Wat vind jij typisch Nederlands in deze tekst?</w:t>
      </w:r>
      <w:r w:rsidRPr="005E5963">
        <w:rPr>
          <w:lang w:val="nl-NL"/>
        </w:rPr>
        <w:br/>
        <w:t xml:space="preserve">2. In jouw land: houden mensen van </w:t>
      </w:r>
      <w:r w:rsidR="00166F1B">
        <w:rPr>
          <w:lang w:val="nl-NL"/>
        </w:rPr>
        <w:t>netheid of is dat niet zo belangrijk?</w:t>
      </w:r>
      <w:r w:rsidR="000C3D3D">
        <w:rPr>
          <w:lang w:val="nl-NL"/>
        </w:rPr>
        <w:br/>
      </w:r>
      <w:r w:rsidR="00166F1B">
        <w:rPr>
          <w:lang w:val="nl-NL"/>
        </w:rPr>
        <w:t xml:space="preserve">3. In jouw land: houden mensen van </w:t>
      </w:r>
      <w:r w:rsidRPr="005E5963">
        <w:rPr>
          <w:lang w:val="nl-NL"/>
        </w:rPr>
        <w:t>regels of doen ze liever wat ze zelf willen?</w:t>
      </w:r>
      <w:r w:rsidRPr="005E5963">
        <w:rPr>
          <w:lang w:val="nl-NL"/>
        </w:rPr>
        <w:br/>
      </w:r>
      <w:r w:rsidR="000C3D3D">
        <w:rPr>
          <w:lang w:val="nl-NL"/>
        </w:rPr>
        <w:t>4</w:t>
      </w:r>
      <w:r w:rsidRPr="005E5963">
        <w:rPr>
          <w:lang w:val="nl-NL"/>
        </w:rPr>
        <w:t xml:space="preserve">. Wanneer vind jij het goed dat alles geregeld is? Wanneer mag het juist een beetje </w:t>
      </w:r>
      <w:r w:rsidR="00166F1B">
        <w:rPr>
          <w:lang w:val="nl-NL"/>
        </w:rPr>
        <w:t xml:space="preserve">minder geregeld </w:t>
      </w:r>
      <w:r w:rsidRPr="005E5963">
        <w:rPr>
          <w:lang w:val="nl-NL"/>
        </w:rPr>
        <w:t>zijn?</w:t>
      </w:r>
    </w:p>
    <w:p w14:paraId="38B04205" w14:textId="189858CE" w:rsidR="008218DD" w:rsidRDefault="000C3D3D">
      <w:pPr>
        <w:rPr>
          <w:lang w:val="nl-NL"/>
        </w:rPr>
      </w:pPr>
      <w:r w:rsidRPr="000C3D3D">
        <w:rPr>
          <w:noProof/>
          <w:lang w:val="nl-NL"/>
        </w:rPr>
        <w:drawing>
          <wp:anchor distT="0" distB="0" distL="114300" distR="114300" simplePos="0" relativeHeight="251659776" behindDoc="1" locked="0" layoutInCell="1" allowOverlap="1" wp14:anchorId="7A789D01" wp14:editId="53191286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314950" cy="5853827"/>
            <wp:effectExtent l="0" t="0" r="0" b="0"/>
            <wp:wrapNone/>
            <wp:docPr id="1543219908" name="Afbeelding 1" descr="Afbeelding met plant, val, herfst, boo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19908" name="Afbeelding 1" descr="Afbeelding met plant, val, herfst, boom&#10;&#10;Door AI gegenereerde inhoud is mogelijk onjuis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6461" cy="5855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65036" w14:textId="77777777" w:rsidR="000C3D3D" w:rsidRDefault="000C3D3D">
      <w:pPr>
        <w:rPr>
          <w:lang w:val="nl-NL"/>
        </w:rPr>
      </w:pPr>
      <w:r>
        <w:rPr>
          <w:lang w:val="nl-NL"/>
        </w:rPr>
        <w:br/>
      </w:r>
    </w:p>
    <w:p w14:paraId="0D4A621E" w14:textId="77777777" w:rsidR="000C3D3D" w:rsidRDefault="000C3D3D">
      <w:pPr>
        <w:rPr>
          <w:lang w:val="nl-NL"/>
        </w:rPr>
      </w:pPr>
    </w:p>
    <w:p w14:paraId="738D674E" w14:textId="77777777" w:rsidR="000C3D3D" w:rsidRDefault="000C3D3D">
      <w:pPr>
        <w:rPr>
          <w:lang w:val="nl-NL"/>
        </w:rPr>
      </w:pPr>
    </w:p>
    <w:p w14:paraId="14B4D59C" w14:textId="77777777" w:rsidR="000C3D3D" w:rsidRDefault="000C3D3D">
      <w:pPr>
        <w:rPr>
          <w:lang w:val="nl-NL"/>
        </w:rPr>
      </w:pPr>
    </w:p>
    <w:p w14:paraId="7EFAB4A4" w14:textId="77777777" w:rsidR="000C3D3D" w:rsidRDefault="000C3D3D">
      <w:pPr>
        <w:rPr>
          <w:lang w:val="nl-NL"/>
        </w:rPr>
      </w:pPr>
    </w:p>
    <w:p w14:paraId="1E05EBF2" w14:textId="77777777" w:rsidR="000C3D3D" w:rsidRDefault="000C3D3D">
      <w:pPr>
        <w:rPr>
          <w:lang w:val="nl-NL"/>
        </w:rPr>
      </w:pPr>
    </w:p>
    <w:p w14:paraId="07C23FD9" w14:textId="77777777" w:rsidR="000C3D3D" w:rsidRDefault="000C3D3D">
      <w:pPr>
        <w:rPr>
          <w:lang w:val="nl-NL"/>
        </w:rPr>
      </w:pPr>
    </w:p>
    <w:p w14:paraId="313B7E9D" w14:textId="77777777" w:rsidR="000C3D3D" w:rsidRDefault="000C3D3D">
      <w:pPr>
        <w:rPr>
          <w:lang w:val="nl-NL"/>
        </w:rPr>
      </w:pPr>
    </w:p>
    <w:p w14:paraId="7366F0C9" w14:textId="77777777" w:rsidR="000C3D3D" w:rsidRDefault="000C3D3D">
      <w:pPr>
        <w:rPr>
          <w:lang w:val="nl-NL"/>
        </w:rPr>
      </w:pPr>
    </w:p>
    <w:p w14:paraId="0A0E9E76" w14:textId="77777777" w:rsidR="000C3D3D" w:rsidRDefault="000C3D3D">
      <w:pPr>
        <w:rPr>
          <w:lang w:val="nl-NL"/>
        </w:rPr>
      </w:pPr>
    </w:p>
    <w:p w14:paraId="07B06216" w14:textId="77777777" w:rsidR="000C3D3D" w:rsidRDefault="000C3D3D">
      <w:pPr>
        <w:rPr>
          <w:lang w:val="nl-NL"/>
        </w:rPr>
      </w:pPr>
    </w:p>
    <w:p w14:paraId="314E8EDE" w14:textId="77777777" w:rsidR="000C3D3D" w:rsidRDefault="000C3D3D">
      <w:pPr>
        <w:rPr>
          <w:lang w:val="nl-NL"/>
        </w:rPr>
      </w:pPr>
    </w:p>
    <w:p w14:paraId="7A1FF95B" w14:textId="77777777" w:rsidR="000C3D3D" w:rsidRDefault="000C3D3D">
      <w:pPr>
        <w:rPr>
          <w:lang w:val="nl-NL"/>
        </w:rPr>
      </w:pPr>
    </w:p>
    <w:p w14:paraId="2C1C5D24" w14:textId="77777777" w:rsidR="000C3D3D" w:rsidRDefault="000C3D3D">
      <w:pPr>
        <w:rPr>
          <w:lang w:val="nl-NL"/>
        </w:rPr>
      </w:pPr>
    </w:p>
    <w:p w14:paraId="1A29889C" w14:textId="77777777" w:rsidR="000C3D3D" w:rsidRDefault="000C3D3D">
      <w:pPr>
        <w:rPr>
          <w:lang w:val="nl-NL"/>
        </w:rPr>
      </w:pPr>
    </w:p>
    <w:p w14:paraId="7E8E2AF2" w14:textId="77777777" w:rsidR="000C3D3D" w:rsidRDefault="000C3D3D">
      <w:pPr>
        <w:rPr>
          <w:lang w:val="nl-NL"/>
        </w:rPr>
      </w:pPr>
    </w:p>
    <w:p w14:paraId="76004F70" w14:textId="77777777" w:rsidR="000C3D3D" w:rsidRDefault="000C3D3D">
      <w:pPr>
        <w:rPr>
          <w:lang w:val="nl-NL"/>
        </w:rPr>
      </w:pPr>
    </w:p>
    <w:p w14:paraId="2EEBF210" w14:textId="77777777" w:rsidR="000C3D3D" w:rsidRDefault="000C3D3D">
      <w:pPr>
        <w:rPr>
          <w:lang w:val="nl-NL"/>
        </w:rPr>
      </w:pPr>
    </w:p>
    <w:p w14:paraId="55F5B9AD" w14:textId="2644269C" w:rsidR="008218DD" w:rsidRPr="000C3D3D" w:rsidRDefault="000C3D3D">
      <w:pPr>
        <w:rPr>
          <w:sz w:val="16"/>
          <w:szCs w:val="16"/>
          <w:lang w:val="nl-NL"/>
        </w:rPr>
      </w:pPr>
      <w:r w:rsidRPr="000C3D3D">
        <w:rPr>
          <w:sz w:val="16"/>
          <w:szCs w:val="16"/>
          <w:lang w:val="nl-NL"/>
        </w:rPr>
        <w:t>Johanne Bree</w:t>
      </w:r>
      <w:r w:rsidRPr="000C3D3D">
        <w:rPr>
          <w:sz w:val="16"/>
          <w:szCs w:val="16"/>
          <w:lang w:val="nl-NL"/>
        </w:rPr>
        <w:br/>
        <w:t>tekstbureau De Taalgeest</w:t>
      </w:r>
    </w:p>
    <w:sectPr w:rsidR="008218DD" w:rsidRPr="000C3D3D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7138258">
    <w:abstractNumId w:val="8"/>
  </w:num>
  <w:num w:numId="2" w16cid:durableId="1883589066">
    <w:abstractNumId w:val="6"/>
  </w:num>
  <w:num w:numId="3" w16cid:durableId="1814516532">
    <w:abstractNumId w:val="5"/>
  </w:num>
  <w:num w:numId="4" w16cid:durableId="1814635146">
    <w:abstractNumId w:val="4"/>
  </w:num>
  <w:num w:numId="5" w16cid:durableId="1073356962">
    <w:abstractNumId w:val="7"/>
  </w:num>
  <w:num w:numId="6" w16cid:durableId="274755625">
    <w:abstractNumId w:val="3"/>
  </w:num>
  <w:num w:numId="7" w16cid:durableId="1112437386">
    <w:abstractNumId w:val="2"/>
  </w:num>
  <w:num w:numId="8" w16cid:durableId="1732734031">
    <w:abstractNumId w:val="1"/>
  </w:num>
  <w:num w:numId="9" w16cid:durableId="1062633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C3D3D"/>
    <w:rsid w:val="00142828"/>
    <w:rsid w:val="0015074B"/>
    <w:rsid w:val="00163101"/>
    <w:rsid w:val="00166F1B"/>
    <w:rsid w:val="0029639D"/>
    <w:rsid w:val="002B6EE5"/>
    <w:rsid w:val="00326F90"/>
    <w:rsid w:val="005E5963"/>
    <w:rsid w:val="008218DD"/>
    <w:rsid w:val="00A95A3B"/>
    <w:rsid w:val="00AA1D8D"/>
    <w:rsid w:val="00B47730"/>
    <w:rsid w:val="00CB0664"/>
    <w:rsid w:val="00EC2CC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CBA724"/>
  <w14:defaultImageDpi w14:val="300"/>
  <w15:docId w15:val="{F524ED2D-1CE1-4113-90F4-5FCC870E7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757</Words>
  <Characters>3982</Characters>
  <Application>Microsoft Office Word</Application>
  <DocSecurity>0</DocSecurity>
  <Lines>173</Lines>
  <Paragraphs>50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4689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Bree, Johanne</cp:lastModifiedBy>
  <cp:revision>2</cp:revision>
  <dcterms:created xsi:type="dcterms:W3CDTF">2025-10-27T14:22:00Z</dcterms:created>
  <dcterms:modified xsi:type="dcterms:W3CDTF">2025-10-27T14:22:00Z</dcterms:modified>
  <cp:category/>
</cp:coreProperties>
</file>