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E0203" w14:textId="43533C28" w:rsidR="00960B2F" w:rsidRPr="003A07D6" w:rsidRDefault="004B681A" w:rsidP="003A07D6">
      <w:pPr>
        <w:pStyle w:val="Kop1"/>
        <w:rPr>
          <w:lang w:val="nl-NL"/>
        </w:rPr>
      </w:pPr>
      <w:r>
        <w:rPr>
          <w:rFonts w:ascii="Segoe UI Emoji" w:hAnsi="Segoe UI Emoji" w:cs="Segoe UI Emoji"/>
        </w:rPr>
        <w:t>📝</w:t>
      </w:r>
      <w:r w:rsidRPr="003A07D6">
        <w:rPr>
          <w:lang w:val="nl-NL"/>
        </w:rPr>
        <w:t xml:space="preserve"> Werkblad les 4 – Zo bouw je een sterke blog op</w:t>
      </w:r>
    </w:p>
    <w:p w14:paraId="73A01AB5" w14:textId="77777777" w:rsidR="00960B2F" w:rsidRPr="003A07D6" w:rsidRDefault="004B681A">
      <w:pPr>
        <w:pStyle w:val="Kop2"/>
        <w:rPr>
          <w:lang w:val="nl-NL"/>
        </w:rPr>
      </w:pPr>
      <w:r w:rsidRPr="003A07D6">
        <w:rPr>
          <w:lang w:val="nl-NL"/>
        </w:rPr>
        <w:br/>
      </w:r>
      <w:r>
        <w:t>🧠</w:t>
      </w:r>
      <w:r w:rsidRPr="003A07D6">
        <w:rPr>
          <w:lang w:val="nl-NL"/>
        </w:rPr>
        <w:t xml:space="preserve"> Denkvragen – gebruik een eerder bedacht blogonderwerp en schets een opzet:</w:t>
      </w:r>
    </w:p>
    <w:p w14:paraId="602D87FD" w14:textId="77777777" w:rsidR="00960B2F" w:rsidRPr="003A07D6" w:rsidRDefault="004B681A">
      <w:pPr>
        <w:rPr>
          <w:lang w:val="nl-NL"/>
        </w:rPr>
      </w:pPr>
      <w:r w:rsidRPr="003A07D6">
        <w:rPr>
          <w:lang w:val="nl-NL"/>
        </w:rPr>
        <w:br/>
        <w:t>1. Welk onderwerp wil je in je blog behandelen?</w:t>
      </w:r>
      <w:r w:rsidRPr="003A07D6">
        <w:rPr>
          <w:lang w:val="nl-NL"/>
        </w:rPr>
        <w:br/>
        <w:t>✏</w:t>
      </w:r>
      <w:r>
        <w:t>️</w:t>
      </w:r>
      <w:r w:rsidRPr="003A07D6">
        <w:rPr>
          <w:lang w:val="nl-NL"/>
        </w:rPr>
        <w:t xml:space="preserve"> Antwoord:</w:t>
      </w:r>
      <w:r w:rsidRPr="003A07D6">
        <w:rPr>
          <w:lang w:val="nl-NL"/>
        </w:rPr>
        <w:br/>
      </w:r>
    </w:p>
    <w:p w14:paraId="4DC6E707" w14:textId="77777777" w:rsidR="00960B2F" w:rsidRPr="003A07D6" w:rsidRDefault="004B681A">
      <w:pPr>
        <w:rPr>
          <w:lang w:val="nl-NL"/>
        </w:rPr>
      </w:pPr>
      <w:r w:rsidRPr="003A07D6">
        <w:rPr>
          <w:lang w:val="nl-NL"/>
        </w:rPr>
        <w:br/>
        <w:t>2. Hoe trek je direct de aandacht van je lezer?</w:t>
      </w:r>
      <w:r w:rsidRPr="003A07D6">
        <w:rPr>
          <w:lang w:val="nl-NL"/>
        </w:rPr>
        <w:br/>
        <w:t>✏</w:t>
      </w:r>
      <w:r>
        <w:t>️</w:t>
      </w:r>
      <w:r w:rsidRPr="003A07D6">
        <w:rPr>
          <w:lang w:val="nl-NL"/>
        </w:rPr>
        <w:t xml:space="preserve"> Antwoord:</w:t>
      </w:r>
      <w:r w:rsidRPr="003A07D6">
        <w:rPr>
          <w:lang w:val="nl-NL"/>
        </w:rPr>
        <w:br/>
      </w:r>
    </w:p>
    <w:p w14:paraId="6299C385" w14:textId="77777777" w:rsidR="00960B2F" w:rsidRPr="003A07D6" w:rsidRDefault="004B681A">
      <w:pPr>
        <w:rPr>
          <w:lang w:val="nl-NL"/>
        </w:rPr>
      </w:pPr>
      <w:r w:rsidRPr="003A07D6">
        <w:rPr>
          <w:lang w:val="nl-NL"/>
        </w:rPr>
        <w:br/>
        <w:t>3. Wat wil je zeggen of overbrengen in de kern van je blog?</w:t>
      </w:r>
      <w:r w:rsidRPr="003A07D6">
        <w:rPr>
          <w:lang w:val="nl-NL"/>
        </w:rPr>
        <w:br/>
        <w:t>✏</w:t>
      </w:r>
      <w:r>
        <w:t>️</w:t>
      </w:r>
      <w:r w:rsidRPr="003A07D6">
        <w:rPr>
          <w:lang w:val="nl-NL"/>
        </w:rPr>
        <w:t xml:space="preserve"> Antwoord:</w:t>
      </w:r>
      <w:r w:rsidRPr="003A07D6">
        <w:rPr>
          <w:lang w:val="nl-NL"/>
        </w:rPr>
        <w:br/>
      </w:r>
    </w:p>
    <w:p w14:paraId="3FEEA633" w14:textId="77777777" w:rsidR="00960B2F" w:rsidRPr="003A07D6" w:rsidRDefault="004B681A">
      <w:pPr>
        <w:rPr>
          <w:lang w:val="nl-NL"/>
        </w:rPr>
      </w:pPr>
      <w:r w:rsidRPr="003A07D6">
        <w:rPr>
          <w:lang w:val="nl-NL"/>
        </w:rPr>
        <w:br/>
        <w:t>4. Welke tips, inzichten of voorbeelden wil je geven?</w:t>
      </w:r>
      <w:r w:rsidRPr="003A07D6">
        <w:rPr>
          <w:lang w:val="nl-NL"/>
        </w:rPr>
        <w:br/>
        <w:t>✏</w:t>
      </w:r>
      <w:r>
        <w:t>️</w:t>
      </w:r>
      <w:r w:rsidRPr="003A07D6">
        <w:rPr>
          <w:lang w:val="nl-NL"/>
        </w:rPr>
        <w:t xml:space="preserve"> Antwoord:</w:t>
      </w:r>
      <w:r w:rsidRPr="003A07D6">
        <w:rPr>
          <w:lang w:val="nl-NL"/>
        </w:rPr>
        <w:br/>
      </w:r>
    </w:p>
    <w:p w14:paraId="416AC70C" w14:textId="77777777" w:rsidR="00960B2F" w:rsidRPr="003A07D6" w:rsidRDefault="004B681A">
      <w:pPr>
        <w:rPr>
          <w:lang w:val="nl-NL"/>
        </w:rPr>
      </w:pPr>
      <w:r w:rsidRPr="003A07D6">
        <w:rPr>
          <w:lang w:val="nl-NL"/>
        </w:rPr>
        <w:br/>
        <w:t>5. Hoe rond je de blog af? Wat wil je dat de lezer onthoudt of doet?</w:t>
      </w:r>
      <w:r w:rsidRPr="003A07D6">
        <w:rPr>
          <w:lang w:val="nl-NL"/>
        </w:rPr>
        <w:br/>
        <w:t>✏</w:t>
      </w:r>
      <w:r>
        <w:t>️</w:t>
      </w:r>
      <w:r w:rsidRPr="003A07D6">
        <w:rPr>
          <w:lang w:val="nl-NL"/>
        </w:rPr>
        <w:t xml:space="preserve"> Antwoord:</w:t>
      </w:r>
      <w:r w:rsidRPr="003A07D6">
        <w:rPr>
          <w:lang w:val="nl-NL"/>
        </w:rPr>
        <w:br/>
      </w:r>
    </w:p>
    <w:p w14:paraId="3862ED01" w14:textId="77777777" w:rsidR="00960B2F" w:rsidRPr="003A07D6" w:rsidRDefault="004B681A">
      <w:pPr>
        <w:pStyle w:val="Kop2"/>
        <w:rPr>
          <w:lang w:val="nl-NL"/>
        </w:rPr>
      </w:pPr>
      <w:r w:rsidRPr="003A07D6">
        <w:rPr>
          <w:lang w:val="nl-NL"/>
        </w:rPr>
        <w:br/>
        <w:t>✍</w:t>
      </w:r>
      <w:r>
        <w:t>️</w:t>
      </w:r>
      <w:r w:rsidRPr="003A07D6">
        <w:rPr>
          <w:lang w:val="nl-NL"/>
        </w:rPr>
        <w:t xml:space="preserve"> Opdracht van vandaag:</w:t>
      </w:r>
    </w:p>
    <w:p w14:paraId="462B0A71" w14:textId="77777777" w:rsidR="00960B2F" w:rsidRPr="003A07D6" w:rsidRDefault="004B681A">
      <w:pPr>
        <w:rPr>
          <w:lang w:val="nl-NL"/>
        </w:rPr>
      </w:pPr>
      <w:r w:rsidRPr="003A07D6">
        <w:rPr>
          <w:lang w:val="nl-NL"/>
        </w:rPr>
        <w:t>Kies één van de blogideeën die je gisteren hebt opgeschreven.</w:t>
      </w:r>
      <w:r w:rsidRPr="003A07D6">
        <w:rPr>
          <w:lang w:val="nl-NL"/>
        </w:rPr>
        <w:br/>
        <w:t>Maak een grove opzet van je blog in 4 onderdelen:</w:t>
      </w:r>
    </w:p>
    <w:p w14:paraId="7C3C6B09" w14:textId="77777777" w:rsidR="00960B2F" w:rsidRPr="003A07D6" w:rsidRDefault="004B681A">
      <w:pPr>
        <w:rPr>
          <w:lang w:val="nl-NL"/>
        </w:rPr>
      </w:pPr>
      <w:r w:rsidRPr="003A07D6">
        <w:rPr>
          <w:lang w:val="nl-NL"/>
        </w:rPr>
        <w:t>1. Aandachtstrekker</w:t>
      </w:r>
      <w:r w:rsidRPr="003A07D6">
        <w:rPr>
          <w:lang w:val="nl-NL"/>
        </w:rPr>
        <w:br/>
        <w:t>✏</w:t>
      </w:r>
      <w:r>
        <w:t>️</w:t>
      </w:r>
      <w:r w:rsidRPr="003A07D6">
        <w:rPr>
          <w:lang w:val="nl-NL"/>
        </w:rPr>
        <w:t xml:space="preserve"> Antwoord:</w:t>
      </w:r>
      <w:r w:rsidRPr="003A07D6">
        <w:rPr>
          <w:lang w:val="nl-NL"/>
        </w:rPr>
        <w:br/>
      </w:r>
    </w:p>
    <w:p w14:paraId="34E33E3E" w14:textId="77777777" w:rsidR="00960B2F" w:rsidRPr="003A07D6" w:rsidRDefault="004B681A">
      <w:pPr>
        <w:rPr>
          <w:lang w:val="nl-NL"/>
        </w:rPr>
      </w:pPr>
      <w:r w:rsidRPr="003A07D6">
        <w:rPr>
          <w:lang w:val="nl-NL"/>
        </w:rPr>
        <w:lastRenderedPageBreak/>
        <w:t>2. Introductie</w:t>
      </w:r>
      <w:r w:rsidRPr="003A07D6">
        <w:rPr>
          <w:lang w:val="nl-NL"/>
        </w:rPr>
        <w:br/>
        <w:t>✏</w:t>
      </w:r>
      <w:r>
        <w:t>️</w:t>
      </w:r>
      <w:r w:rsidRPr="003A07D6">
        <w:rPr>
          <w:lang w:val="nl-NL"/>
        </w:rPr>
        <w:t xml:space="preserve"> Antwoord:</w:t>
      </w:r>
      <w:r w:rsidRPr="003A07D6">
        <w:rPr>
          <w:lang w:val="nl-NL"/>
        </w:rPr>
        <w:br/>
      </w:r>
    </w:p>
    <w:p w14:paraId="0CD7A1AD" w14:textId="77777777" w:rsidR="00960B2F" w:rsidRPr="003A07D6" w:rsidRDefault="004B681A">
      <w:pPr>
        <w:rPr>
          <w:lang w:val="nl-NL"/>
        </w:rPr>
      </w:pPr>
      <w:r w:rsidRPr="003A07D6">
        <w:rPr>
          <w:lang w:val="nl-NL"/>
        </w:rPr>
        <w:t>3. Kern</w:t>
      </w:r>
      <w:r w:rsidRPr="003A07D6">
        <w:rPr>
          <w:lang w:val="nl-NL"/>
        </w:rPr>
        <w:br/>
        <w:t>✏</w:t>
      </w:r>
      <w:r>
        <w:t>️</w:t>
      </w:r>
      <w:r w:rsidRPr="003A07D6">
        <w:rPr>
          <w:lang w:val="nl-NL"/>
        </w:rPr>
        <w:t xml:space="preserve"> Antwoord:</w:t>
      </w:r>
      <w:r w:rsidRPr="003A07D6">
        <w:rPr>
          <w:lang w:val="nl-NL"/>
        </w:rPr>
        <w:br/>
      </w:r>
    </w:p>
    <w:p w14:paraId="47621275" w14:textId="77777777" w:rsidR="00960B2F" w:rsidRDefault="004B681A">
      <w:r>
        <w:t>4. Afsluiting</w:t>
      </w:r>
      <w:r>
        <w:br/>
        <w:t>✏</w:t>
      </w:r>
      <w:r>
        <w:t>️</w:t>
      </w:r>
      <w:r>
        <w:t xml:space="preserve"> Antwoord:</w:t>
      </w:r>
      <w:r>
        <w:br/>
      </w:r>
    </w:p>
    <w:sectPr w:rsidR="00960B2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1155548">
    <w:abstractNumId w:val="8"/>
  </w:num>
  <w:num w:numId="2" w16cid:durableId="1473015524">
    <w:abstractNumId w:val="6"/>
  </w:num>
  <w:num w:numId="3" w16cid:durableId="1822581710">
    <w:abstractNumId w:val="5"/>
  </w:num>
  <w:num w:numId="4" w16cid:durableId="2076736104">
    <w:abstractNumId w:val="4"/>
  </w:num>
  <w:num w:numId="5" w16cid:durableId="1514606933">
    <w:abstractNumId w:val="7"/>
  </w:num>
  <w:num w:numId="6" w16cid:durableId="1891726364">
    <w:abstractNumId w:val="3"/>
  </w:num>
  <w:num w:numId="7" w16cid:durableId="1151021307">
    <w:abstractNumId w:val="2"/>
  </w:num>
  <w:num w:numId="8" w16cid:durableId="1374036999">
    <w:abstractNumId w:val="1"/>
  </w:num>
  <w:num w:numId="9" w16cid:durableId="1179851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A07D6"/>
    <w:rsid w:val="004B681A"/>
    <w:rsid w:val="004D6F11"/>
    <w:rsid w:val="00960B2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00A7F5"/>
  <w14:defaultImageDpi w14:val="300"/>
  <w15:docId w15:val="{7EE4F547-5B46-412F-8BCF-E8817C8F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Calibri" w:eastAsia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Bree, Johanne</cp:lastModifiedBy>
  <cp:revision>2</cp:revision>
  <dcterms:created xsi:type="dcterms:W3CDTF">2025-07-14T14:26:00Z</dcterms:created>
  <dcterms:modified xsi:type="dcterms:W3CDTF">2025-07-14T14:26:00Z</dcterms:modified>
  <cp:category/>
</cp:coreProperties>
</file>