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81B5" w14:textId="5562B9A9" w:rsidR="00F03803" w:rsidRPr="00D33632" w:rsidRDefault="00F9776E" w:rsidP="00D33632">
      <w:pPr>
        <w:rPr>
          <w:rFonts w:ascii="Aptos" w:hAnsi="Aptos"/>
          <w:sz w:val="36"/>
          <w:szCs w:val="36"/>
        </w:rPr>
      </w:pPr>
      <w:r w:rsidRPr="00D33632">
        <w:rPr>
          <w:rFonts w:ascii="Aptos" w:hAnsi="Aptos"/>
          <w:b/>
          <w:sz w:val="36"/>
          <w:szCs w:val="36"/>
        </w:rPr>
        <w:t xml:space="preserve">Schrijfopdracht: een </w:t>
      </w:r>
      <w:proofErr w:type="spellStart"/>
      <w:r w:rsidRPr="00D33632">
        <w:rPr>
          <w:rFonts w:ascii="Aptos" w:hAnsi="Aptos"/>
          <w:b/>
          <w:sz w:val="36"/>
          <w:szCs w:val="36"/>
        </w:rPr>
        <w:t>vrije</w:t>
      </w:r>
      <w:proofErr w:type="spellEnd"/>
      <w:r w:rsidRPr="00D33632">
        <w:rPr>
          <w:rFonts w:ascii="Aptos" w:hAnsi="Aptos"/>
          <w:b/>
          <w:sz w:val="36"/>
          <w:szCs w:val="36"/>
        </w:rPr>
        <w:t xml:space="preserve"> dag vragen</w:t>
      </w:r>
      <w:r w:rsidR="00D33632">
        <w:rPr>
          <w:rFonts w:ascii="Aptos" w:hAnsi="Aptos"/>
          <w:b/>
          <w:sz w:val="36"/>
          <w:szCs w:val="36"/>
        </w:rPr>
        <w:t xml:space="preserve"> </w:t>
      </w:r>
    </w:p>
    <w:p w14:paraId="3B00D164" w14:textId="252E83CB" w:rsidR="00F03803" w:rsidRPr="00D33632" w:rsidRDefault="00D33632">
      <w:pPr>
        <w:spacing w:before="160" w:after="80"/>
        <w:rPr>
          <w:rFonts w:ascii="Aptos" w:hAnsi="Aptos"/>
          <w:color w:val="4F81BD" w:themeColor="accent1"/>
          <w:sz w:val="32"/>
          <w:szCs w:val="32"/>
          <w:u w:val="single"/>
        </w:rPr>
      </w:pPr>
      <w:r w:rsidRPr="00D33632">
        <w:rPr>
          <w:rFonts w:ascii="Aptos" w:hAnsi="Aptos"/>
          <w:b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0482D625" wp14:editId="36765CF4">
            <wp:simplePos x="0" y="0"/>
            <wp:positionH relativeFrom="column">
              <wp:posOffset>3805555</wp:posOffset>
            </wp:positionH>
            <wp:positionV relativeFrom="paragraph">
              <wp:posOffset>76835</wp:posOffset>
            </wp:positionV>
            <wp:extent cx="2771775" cy="2914109"/>
            <wp:effectExtent l="0" t="0" r="0" b="635"/>
            <wp:wrapTight wrapText="bothSides">
              <wp:wrapPolygon edited="0">
                <wp:start x="0" y="0"/>
                <wp:lineTo x="0" y="21463"/>
                <wp:lineTo x="21377" y="21463"/>
                <wp:lineTo x="21377" y="0"/>
                <wp:lineTo x="0" y="0"/>
              </wp:wrapPolygon>
            </wp:wrapTight>
            <wp:docPr id="98023236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23236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2914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33632">
        <w:rPr>
          <w:rFonts w:ascii="Aptos" w:hAnsi="Aptos"/>
          <w:b/>
          <w:color w:val="4F81BD" w:themeColor="accent1"/>
          <w:sz w:val="32"/>
          <w:szCs w:val="32"/>
          <w:u w:val="single"/>
        </w:rPr>
        <w:t>De situatie</w:t>
      </w:r>
    </w:p>
    <w:p w14:paraId="296DAB44" w14:textId="5268719C" w:rsidR="00F03803" w:rsidRPr="00134F67" w:rsidRDefault="00F9776E">
      <w:pPr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 xml:space="preserve">Je werkt in een winkel, supermarkt of restaurant. </w:t>
      </w:r>
      <w:r w:rsidR="00134F67">
        <w:rPr>
          <w:rFonts w:ascii="Aptos" w:hAnsi="Aptos"/>
          <w:sz w:val="28"/>
          <w:szCs w:val="28"/>
        </w:rPr>
        <w:br/>
      </w:r>
      <w:r w:rsidRPr="00134F67">
        <w:rPr>
          <w:rFonts w:ascii="Aptos" w:hAnsi="Aptos"/>
          <w:sz w:val="28"/>
          <w:szCs w:val="28"/>
        </w:rPr>
        <w:t xml:space="preserve">Je hebt op een </w:t>
      </w:r>
      <w:r w:rsidRPr="00134F67">
        <w:rPr>
          <w:rFonts w:ascii="Aptos" w:hAnsi="Aptos"/>
          <w:sz w:val="28"/>
          <w:szCs w:val="28"/>
        </w:rPr>
        <w:t xml:space="preserve">dag </w:t>
      </w:r>
      <w:r w:rsidRPr="00134F67">
        <w:rPr>
          <w:rFonts w:ascii="Aptos" w:hAnsi="Aptos"/>
          <w:sz w:val="28"/>
          <w:szCs w:val="28"/>
        </w:rPr>
        <w:t xml:space="preserve">een afspraak. </w:t>
      </w:r>
      <w:r w:rsidR="00134F67">
        <w:rPr>
          <w:rFonts w:ascii="Aptos" w:hAnsi="Aptos"/>
          <w:sz w:val="28"/>
          <w:szCs w:val="28"/>
        </w:rPr>
        <w:br/>
      </w:r>
      <w:r w:rsidRPr="00134F67">
        <w:rPr>
          <w:rFonts w:ascii="Aptos" w:hAnsi="Aptos"/>
          <w:sz w:val="28"/>
          <w:szCs w:val="28"/>
        </w:rPr>
        <w:t xml:space="preserve">Daarom wil je die dag vrij. </w:t>
      </w:r>
      <w:r w:rsidR="00134F67">
        <w:rPr>
          <w:rFonts w:ascii="Aptos" w:hAnsi="Aptos"/>
          <w:sz w:val="28"/>
          <w:szCs w:val="28"/>
        </w:rPr>
        <w:br/>
      </w:r>
      <w:r w:rsidRPr="00134F67">
        <w:rPr>
          <w:rFonts w:ascii="Aptos" w:hAnsi="Aptos"/>
          <w:sz w:val="28"/>
          <w:szCs w:val="28"/>
        </w:rPr>
        <w:t xml:space="preserve">Je schrijft een e-mail aan je </w:t>
      </w:r>
      <w:r w:rsidR="00134F67">
        <w:rPr>
          <w:rFonts w:ascii="Aptos" w:hAnsi="Aptos"/>
          <w:sz w:val="28"/>
          <w:szCs w:val="28"/>
        </w:rPr>
        <w:t>werkgever</w:t>
      </w:r>
      <w:r w:rsidRPr="00134F67">
        <w:rPr>
          <w:rFonts w:ascii="Aptos" w:hAnsi="Aptos"/>
          <w:sz w:val="28"/>
          <w:szCs w:val="28"/>
        </w:rPr>
        <w:t xml:space="preserve">. </w:t>
      </w:r>
      <w:r w:rsidR="00134F67">
        <w:rPr>
          <w:rFonts w:ascii="Aptos" w:hAnsi="Aptos"/>
          <w:sz w:val="28"/>
          <w:szCs w:val="28"/>
        </w:rPr>
        <w:br/>
      </w:r>
      <w:r w:rsidRPr="00134F67">
        <w:rPr>
          <w:rFonts w:ascii="Aptos" w:hAnsi="Aptos"/>
          <w:sz w:val="28"/>
          <w:szCs w:val="28"/>
        </w:rPr>
        <w:t>Je vraagt of je vrij kunt zijn en je zegt dat je eventueel op een andere dag kunt werken.</w:t>
      </w:r>
    </w:p>
    <w:p w14:paraId="6F50238C" w14:textId="4DC18748" w:rsidR="00F03803" w:rsidRPr="00134F67" w:rsidRDefault="00F9776E">
      <w:pPr>
        <w:rPr>
          <w:rFonts w:ascii="Aptos" w:hAnsi="Aptos"/>
          <w:bCs/>
          <w:sz w:val="28"/>
          <w:szCs w:val="28"/>
        </w:rPr>
      </w:pPr>
      <w:r w:rsidRPr="00134F67">
        <w:rPr>
          <w:rFonts w:ascii="Aptos" w:hAnsi="Aptos"/>
          <w:bCs/>
          <w:sz w:val="28"/>
          <w:szCs w:val="28"/>
        </w:rPr>
        <w:t xml:space="preserve">Schrijf </w:t>
      </w:r>
      <w:r w:rsidRPr="00134F67">
        <w:rPr>
          <w:rFonts w:ascii="Aptos" w:hAnsi="Aptos"/>
          <w:bCs/>
          <w:sz w:val="28"/>
          <w:szCs w:val="28"/>
        </w:rPr>
        <w:t>80</w:t>
      </w:r>
      <w:r w:rsidR="00134F67">
        <w:rPr>
          <w:rFonts w:ascii="Aptos" w:hAnsi="Aptos"/>
          <w:bCs/>
          <w:sz w:val="28"/>
          <w:szCs w:val="28"/>
        </w:rPr>
        <w:t>-100</w:t>
      </w:r>
      <w:r w:rsidRPr="00134F67">
        <w:rPr>
          <w:rFonts w:ascii="Aptos" w:hAnsi="Aptos"/>
          <w:bCs/>
          <w:sz w:val="28"/>
          <w:szCs w:val="28"/>
        </w:rPr>
        <w:t xml:space="preserve"> woorden.</w:t>
      </w:r>
    </w:p>
    <w:p w14:paraId="6AE4EED8" w14:textId="77777777" w:rsidR="00D33632" w:rsidRDefault="00D33632">
      <w:pPr>
        <w:spacing w:before="160" w:after="80"/>
        <w:rPr>
          <w:rFonts w:ascii="Aptos" w:hAnsi="Aptos"/>
          <w:b/>
          <w:color w:val="4F81BD" w:themeColor="accent1"/>
          <w:sz w:val="32"/>
          <w:szCs w:val="32"/>
          <w:u w:val="single"/>
        </w:rPr>
      </w:pPr>
    </w:p>
    <w:p w14:paraId="36F6FFAB" w14:textId="77777777" w:rsidR="00D33632" w:rsidRDefault="00D33632">
      <w:pPr>
        <w:spacing w:before="160" w:after="80"/>
        <w:rPr>
          <w:rFonts w:ascii="Aptos" w:hAnsi="Aptos"/>
          <w:b/>
          <w:color w:val="4F81BD" w:themeColor="accent1"/>
          <w:sz w:val="32"/>
          <w:szCs w:val="32"/>
          <w:u w:val="single"/>
        </w:rPr>
      </w:pPr>
    </w:p>
    <w:p w14:paraId="70709583" w14:textId="6BABC023" w:rsidR="00F03803" w:rsidRPr="00D33632" w:rsidRDefault="00F9776E">
      <w:pPr>
        <w:spacing w:before="160" w:after="80"/>
        <w:rPr>
          <w:rFonts w:ascii="Aptos" w:hAnsi="Aptos"/>
          <w:color w:val="4F81BD" w:themeColor="accent1"/>
          <w:sz w:val="32"/>
          <w:szCs w:val="32"/>
          <w:u w:val="single"/>
        </w:rPr>
      </w:pPr>
      <w:r w:rsidRPr="00D33632">
        <w:rPr>
          <w:rFonts w:ascii="Aptos" w:hAnsi="Aptos"/>
          <w:b/>
          <w:color w:val="4F81BD" w:themeColor="accent1"/>
          <w:sz w:val="32"/>
          <w:szCs w:val="32"/>
          <w:u w:val="single"/>
        </w:rPr>
        <w:t>S</w:t>
      </w:r>
      <w:r w:rsidR="00D33632" w:rsidRPr="00D33632">
        <w:rPr>
          <w:rFonts w:ascii="Aptos" w:hAnsi="Aptos"/>
          <w:b/>
          <w:color w:val="4F81BD" w:themeColor="accent1"/>
          <w:sz w:val="32"/>
          <w:szCs w:val="32"/>
          <w:u w:val="single"/>
        </w:rPr>
        <w:t>tap 1 - Oefenen</w:t>
      </w:r>
    </w:p>
    <w:p w14:paraId="1B4E5A96" w14:textId="3CE9A42B" w:rsidR="00F03803" w:rsidRPr="00D33632" w:rsidRDefault="00F9776E">
      <w:pPr>
        <w:spacing w:before="160" w:after="80"/>
        <w:rPr>
          <w:rFonts w:ascii="Aptos" w:hAnsi="Aptos"/>
          <w:bCs/>
          <w:sz w:val="28"/>
          <w:szCs w:val="28"/>
        </w:rPr>
      </w:pPr>
      <w:r w:rsidRPr="00D33632">
        <w:rPr>
          <w:rFonts w:ascii="Aptos" w:hAnsi="Aptos"/>
          <w:bCs/>
          <w:sz w:val="28"/>
          <w:szCs w:val="28"/>
        </w:rPr>
        <w:t xml:space="preserve">Mijn </w:t>
      </w:r>
      <w:r w:rsidR="00134F67" w:rsidRPr="00D33632">
        <w:rPr>
          <w:rFonts w:ascii="Aptos" w:hAnsi="Aptos"/>
          <w:bCs/>
          <w:sz w:val="28"/>
          <w:szCs w:val="28"/>
        </w:rPr>
        <w:t>oefen</w:t>
      </w:r>
      <w:r w:rsidRPr="00D33632">
        <w:rPr>
          <w:rFonts w:ascii="Aptos" w:hAnsi="Aptos"/>
          <w:bCs/>
          <w:sz w:val="28"/>
          <w:szCs w:val="28"/>
        </w:rPr>
        <w:t>mail</w:t>
      </w:r>
    </w:p>
    <w:p w14:paraId="27F5FC11" w14:textId="77777777" w:rsidR="00F03803" w:rsidRPr="00134F67" w:rsidRDefault="00F9776E">
      <w:pPr>
        <w:spacing w:after="2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________________________________________________________________________________</w:t>
      </w:r>
    </w:p>
    <w:p w14:paraId="22D3EE45" w14:textId="77777777" w:rsidR="00F03803" w:rsidRPr="00134F67" w:rsidRDefault="00F9776E">
      <w:pPr>
        <w:spacing w:after="2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________________________________________________________________________________</w:t>
      </w:r>
    </w:p>
    <w:p w14:paraId="37689B98" w14:textId="77777777" w:rsidR="00F03803" w:rsidRPr="00134F67" w:rsidRDefault="00F9776E">
      <w:pPr>
        <w:spacing w:after="2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________________________________________________________________________________</w:t>
      </w:r>
    </w:p>
    <w:p w14:paraId="4325D77B" w14:textId="77777777" w:rsidR="00F03803" w:rsidRPr="00134F67" w:rsidRDefault="00F9776E">
      <w:pPr>
        <w:spacing w:after="2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________________________________________________________________________________</w:t>
      </w:r>
    </w:p>
    <w:p w14:paraId="1DC86B8B" w14:textId="77777777" w:rsidR="00F03803" w:rsidRPr="00134F67" w:rsidRDefault="00F9776E">
      <w:pPr>
        <w:spacing w:after="2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________________________________________________________________________________</w:t>
      </w:r>
    </w:p>
    <w:p w14:paraId="2CD26F84" w14:textId="77777777" w:rsidR="00F03803" w:rsidRPr="00134F67" w:rsidRDefault="00F9776E">
      <w:pPr>
        <w:spacing w:after="2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________________________________________________________________________________</w:t>
      </w:r>
    </w:p>
    <w:p w14:paraId="09AE1059" w14:textId="77777777" w:rsidR="00134F67" w:rsidRPr="00134F67" w:rsidRDefault="00134F67" w:rsidP="00134F67">
      <w:pPr>
        <w:spacing w:after="2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________________________________________________________________________________</w:t>
      </w:r>
    </w:p>
    <w:p w14:paraId="75B5CDBE" w14:textId="77777777" w:rsidR="00134F67" w:rsidRPr="00134F67" w:rsidRDefault="00134F67" w:rsidP="00134F67">
      <w:pPr>
        <w:spacing w:after="2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________________________________________________________________________________</w:t>
      </w:r>
    </w:p>
    <w:p w14:paraId="5AA2E0B1" w14:textId="77777777" w:rsidR="00134F67" w:rsidRPr="00134F67" w:rsidRDefault="00134F67" w:rsidP="00134F67">
      <w:pPr>
        <w:spacing w:after="2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________________________________________________________________________________</w:t>
      </w:r>
    </w:p>
    <w:p w14:paraId="3592CB15" w14:textId="77777777" w:rsidR="00134F67" w:rsidRPr="00134F67" w:rsidRDefault="00134F67" w:rsidP="00134F67">
      <w:pPr>
        <w:spacing w:after="2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________________________________________________________________________________</w:t>
      </w:r>
    </w:p>
    <w:p w14:paraId="5B85A3DE" w14:textId="77777777" w:rsidR="00134F67" w:rsidRPr="00134F67" w:rsidRDefault="00134F67" w:rsidP="00134F67">
      <w:pPr>
        <w:spacing w:after="2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________________________________________________________________________________</w:t>
      </w:r>
    </w:p>
    <w:p w14:paraId="30EC612D" w14:textId="77777777" w:rsidR="00134F67" w:rsidRPr="00134F67" w:rsidRDefault="00134F67" w:rsidP="00134F67">
      <w:pPr>
        <w:spacing w:after="2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________________________________________________________________________________</w:t>
      </w:r>
    </w:p>
    <w:p w14:paraId="223295EB" w14:textId="77777777" w:rsidR="00134F67" w:rsidRDefault="00134F67">
      <w:pPr>
        <w:spacing w:before="160" w:after="80"/>
        <w:rPr>
          <w:rFonts w:ascii="Aptos" w:hAnsi="Aptos"/>
          <w:b/>
          <w:sz w:val="28"/>
          <w:szCs w:val="28"/>
        </w:rPr>
      </w:pPr>
    </w:p>
    <w:p w14:paraId="264ECB46" w14:textId="77777777" w:rsidR="00D33632" w:rsidRDefault="00D33632">
      <w:pPr>
        <w:spacing w:before="160" w:after="80"/>
        <w:rPr>
          <w:rFonts w:ascii="Aptos" w:hAnsi="Aptos"/>
          <w:b/>
          <w:sz w:val="28"/>
          <w:szCs w:val="28"/>
        </w:rPr>
      </w:pPr>
    </w:p>
    <w:p w14:paraId="1B75068E" w14:textId="77777777" w:rsidR="00D33632" w:rsidRDefault="00D33632">
      <w:pPr>
        <w:spacing w:before="160" w:after="80"/>
        <w:rPr>
          <w:rFonts w:ascii="Aptos" w:hAnsi="Aptos"/>
          <w:b/>
          <w:sz w:val="28"/>
          <w:szCs w:val="28"/>
        </w:rPr>
      </w:pPr>
    </w:p>
    <w:p w14:paraId="725A8111" w14:textId="77777777" w:rsidR="00D33632" w:rsidRDefault="00D33632">
      <w:pPr>
        <w:spacing w:before="160" w:after="80"/>
        <w:rPr>
          <w:rFonts w:ascii="Aptos" w:hAnsi="Aptos"/>
          <w:b/>
          <w:sz w:val="28"/>
          <w:szCs w:val="28"/>
        </w:rPr>
      </w:pPr>
    </w:p>
    <w:p w14:paraId="1357B3B8" w14:textId="77777777" w:rsidR="00D33632" w:rsidRDefault="00D33632">
      <w:pPr>
        <w:spacing w:before="160" w:after="80"/>
        <w:rPr>
          <w:rFonts w:ascii="Aptos" w:hAnsi="Aptos"/>
          <w:b/>
          <w:sz w:val="28"/>
          <w:szCs w:val="28"/>
        </w:rPr>
      </w:pPr>
    </w:p>
    <w:p w14:paraId="6B653025" w14:textId="23F4F880" w:rsidR="00D33632" w:rsidRPr="00D33632" w:rsidRDefault="00F9776E">
      <w:pPr>
        <w:spacing w:before="160" w:after="80"/>
        <w:rPr>
          <w:rFonts w:ascii="Aptos" w:hAnsi="Aptos"/>
          <w:b/>
          <w:color w:val="4F81BD" w:themeColor="accent1"/>
          <w:sz w:val="32"/>
          <w:szCs w:val="32"/>
          <w:u w:val="single"/>
        </w:rPr>
      </w:pPr>
      <w:r w:rsidRPr="00D33632">
        <w:rPr>
          <w:rFonts w:ascii="Aptos" w:hAnsi="Aptos"/>
          <w:b/>
          <w:color w:val="4F81BD" w:themeColor="accent1"/>
          <w:sz w:val="32"/>
          <w:szCs w:val="32"/>
          <w:u w:val="single"/>
        </w:rPr>
        <w:t>S</w:t>
      </w:r>
      <w:r w:rsidR="00D33632" w:rsidRPr="00D33632">
        <w:rPr>
          <w:rFonts w:ascii="Aptos" w:hAnsi="Aptos"/>
          <w:b/>
          <w:color w:val="4F81BD" w:themeColor="accent1"/>
          <w:sz w:val="32"/>
          <w:szCs w:val="32"/>
          <w:u w:val="single"/>
        </w:rPr>
        <w:t xml:space="preserve">tap 1b </w:t>
      </w:r>
      <w:r w:rsidRPr="00D33632">
        <w:rPr>
          <w:rFonts w:ascii="Aptos" w:hAnsi="Aptos"/>
          <w:b/>
          <w:color w:val="4F81BD" w:themeColor="accent1"/>
          <w:sz w:val="32"/>
          <w:szCs w:val="32"/>
          <w:u w:val="single"/>
        </w:rPr>
        <w:t xml:space="preserve">– </w:t>
      </w:r>
      <w:proofErr w:type="spellStart"/>
      <w:r w:rsidR="00D33632" w:rsidRPr="00D33632">
        <w:rPr>
          <w:rFonts w:ascii="Aptos" w:hAnsi="Aptos"/>
          <w:b/>
          <w:color w:val="4F81BD" w:themeColor="accent1"/>
          <w:sz w:val="32"/>
          <w:szCs w:val="32"/>
          <w:u w:val="single"/>
        </w:rPr>
        <w:t>Controleer</w:t>
      </w:r>
      <w:proofErr w:type="spellEnd"/>
    </w:p>
    <w:p w14:paraId="292F62EA" w14:textId="55C0BEC0" w:rsidR="00F03803" w:rsidRPr="00134F67" w:rsidRDefault="00F9776E">
      <w:pPr>
        <w:rPr>
          <w:rFonts w:ascii="Aptos" w:hAnsi="Aptos"/>
          <w:sz w:val="28"/>
          <w:szCs w:val="28"/>
        </w:rPr>
      </w:pPr>
      <w:proofErr w:type="spellStart"/>
      <w:r w:rsidRPr="00134F67">
        <w:rPr>
          <w:rFonts w:ascii="Aptos" w:hAnsi="Aptos"/>
          <w:sz w:val="28"/>
          <w:szCs w:val="28"/>
        </w:rPr>
        <w:t>Kijk</w:t>
      </w:r>
      <w:proofErr w:type="spellEnd"/>
      <w:r w:rsidRPr="00134F67">
        <w:rPr>
          <w:rFonts w:ascii="Aptos" w:hAnsi="Aptos"/>
          <w:sz w:val="28"/>
          <w:szCs w:val="28"/>
        </w:rPr>
        <w:t xml:space="preserve"> je </w:t>
      </w:r>
      <w:r w:rsidR="00134F67">
        <w:rPr>
          <w:rFonts w:ascii="Aptos" w:hAnsi="Aptos"/>
          <w:sz w:val="28"/>
          <w:szCs w:val="28"/>
        </w:rPr>
        <w:t xml:space="preserve">oefenmail </w:t>
      </w:r>
      <w:proofErr w:type="spellStart"/>
      <w:r w:rsidR="00134F67">
        <w:rPr>
          <w:rFonts w:ascii="Aptos" w:hAnsi="Aptos"/>
          <w:sz w:val="28"/>
          <w:szCs w:val="28"/>
        </w:rPr>
        <w:t>goed</w:t>
      </w:r>
      <w:proofErr w:type="spellEnd"/>
      <w:r w:rsidR="00134F67">
        <w:rPr>
          <w:rFonts w:ascii="Aptos" w:hAnsi="Aptos"/>
          <w:sz w:val="28"/>
          <w:szCs w:val="28"/>
        </w:rPr>
        <w:t xml:space="preserve"> </w:t>
      </w:r>
      <w:proofErr w:type="spellStart"/>
      <w:r w:rsidRPr="00134F67">
        <w:rPr>
          <w:rFonts w:ascii="Aptos" w:hAnsi="Aptos"/>
          <w:sz w:val="28"/>
          <w:szCs w:val="28"/>
        </w:rPr>
        <w:t>na.</w:t>
      </w:r>
      <w:proofErr w:type="spellEnd"/>
      <w:r w:rsidRPr="00134F67">
        <w:rPr>
          <w:rFonts w:ascii="Aptos" w:hAnsi="Aptos"/>
          <w:sz w:val="28"/>
          <w:szCs w:val="28"/>
        </w:rPr>
        <w:t xml:space="preserve"> </w:t>
      </w:r>
      <w:r w:rsidR="00134F67">
        <w:rPr>
          <w:rFonts w:ascii="Aptos" w:hAnsi="Aptos"/>
          <w:sz w:val="28"/>
          <w:szCs w:val="28"/>
        </w:rPr>
        <w:br/>
      </w:r>
      <w:r w:rsidRPr="00134F67">
        <w:rPr>
          <w:rFonts w:ascii="Aptos" w:hAnsi="Aptos"/>
          <w:sz w:val="28"/>
          <w:szCs w:val="28"/>
        </w:rPr>
        <w:t xml:space="preserve">Staat </w:t>
      </w:r>
      <w:proofErr w:type="spellStart"/>
      <w:r w:rsidRPr="00134F67">
        <w:rPr>
          <w:rFonts w:ascii="Aptos" w:hAnsi="Aptos"/>
          <w:sz w:val="28"/>
          <w:szCs w:val="28"/>
        </w:rPr>
        <w:t>alles</w:t>
      </w:r>
      <w:proofErr w:type="spellEnd"/>
      <w:r w:rsidRPr="00134F67">
        <w:rPr>
          <w:rFonts w:ascii="Aptos" w:hAnsi="Aptos"/>
          <w:sz w:val="28"/>
          <w:szCs w:val="28"/>
        </w:rPr>
        <w:t xml:space="preserve"> </w:t>
      </w:r>
      <w:proofErr w:type="spellStart"/>
      <w:r w:rsidRPr="00134F67">
        <w:rPr>
          <w:rFonts w:ascii="Aptos" w:hAnsi="Aptos"/>
          <w:sz w:val="28"/>
          <w:szCs w:val="28"/>
        </w:rPr>
        <w:t>erin</w:t>
      </w:r>
      <w:proofErr w:type="spellEnd"/>
      <w:r w:rsidRPr="00134F67">
        <w:rPr>
          <w:rFonts w:ascii="Aptos" w:hAnsi="Aptos"/>
          <w:sz w:val="28"/>
          <w:szCs w:val="28"/>
        </w:rPr>
        <w:t>?</w:t>
      </w:r>
      <w:r w:rsidR="00134F67">
        <w:rPr>
          <w:rFonts w:ascii="Aptos" w:hAnsi="Aptos"/>
          <w:sz w:val="28"/>
          <w:szCs w:val="28"/>
        </w:rPr>
        <w:br/>
      </w:r>
      <w:r w:rsidRPr="00134F67">
        <w:rPr>
          <w:rFonts w:ascii="Aptos" w:hAnsi="Aptos"/>
          <w:sz w:val="28"/>
          <w:szCs w:val="28"/>
        </w:rPr>
        <w:t xml:space="preserve"> Zet een </w:t>
      </w:r>
      <w:proofErr w:type="spellStart"/>
      <w:r w:rsidR="00134F67">
        <w:rPr>
          <w:rFonts w:ascii="Aptos" w:hAnsi="Aptos"/>
          <w:sz w:val="28"/>
          <w:szCs w:val="28"/>
        </w:rPr>
        <w:t>kruisje</w:t>
      </w:r>
      <w:proofErr w:type="spellEnd"/>
      <w:r w:rsidR="00134F67">
        <w:rPr>
          <w:rFonts w:ascii="Aptos" w:hAnsi="Aptos"/>
          <w:sz w:val="28"/>
          <w:szCs w:val="28"/>
        </w:rPr>
        <w:t>.</w:t>
      </w:r>
    </w:p>
    <w:p w14:paraId="19F27D95" w14:textId="654DCB8D" w:rsidR="00F03803" w:rsidRPr="00134F67" w:rsidRDefault="00F9776E">
      <w:pPr>
        <w:spacing w:after="4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☐</w:t>
      </w:r>
      <w:r w:rsidRPr="00134F67">
        <w:rPr>
          <w:rFonts w:ascii="Aptos" w:hAnsi="Aptos"/>
          <w:sz w:val="28"/>
          <w:szCs w:val="28"/>
        </w:rPr>
        <w:t xml:space="preserve"> Ik </w:t>
      </w:r>
      <w:proofErr w:type="spellStart"/>
      <w:r w:rsidRPr="00134F67">
        <w:rPr>
          <w:rFonts w:ascii="Aptos" w:hAnsi="Aptos"/>
          <w:sz w:val="28"/>
          <w:szCs w:val="28"/>
        </w:rPr>
        <w:t>heb</w:t>
      </w:r>
      <w:proofErr w:type="spellEnd"/>
      <w:r w:rsidRPr="00134F67">
        <w:rPr>
          <w:rFonts w:ascii="Aptos" w:hAnsi="Aptos"/>
          <w:sz w:val="28"/>
          <w:szCs w:val="28"/>
        </w:rPr>
        <w:t xml:space="preserve"> het </w:t>
      </w:r>
      <w:proofErr w:type="spellStart"/>
      <w:r w:rsidRPr="00134F67">
        <w:rPr>
          <w:rFonts w:ascii="Aptos" w:hAnsi="Aptos"/>
          <w:sz w:val="28"/>
          <w:szCs w:val="28"/>
        </w:rPr>
        <w:t>juiste</w:t>
      </w:r>
      <w:proofErr w:type="spellEnd"/>
      <w:r w:rsidRPr="00134F67">
        <w:rPr>
          <w:rFonts w:ascii="Aptos" w:hAnsi="Aptos"/>
          <w:sz w:val="28"/>
          <w:szCs w:val="28"/>
        </w:rPr>
        <w:t xml:space="preserve"> e-</w:t>
      </w:r>
      <w:proofErr w:type="spellStart"/>
      <w:r w:rsidRPr="00134F67">
        <w:rPr>
          <w:rFonts w:ascii="Aptos" w:hAnsi="Aptos"/>
          <w:sz w:val="28"/>
          <w:szCs w:val="28"/>
        </w:rPr>
        <w:t>mailadres</w:t>
      </w:r>
      <w:proofErr w:type="spellEnd"/>
      <w:r w:rsidRPr="00134F67">
        <w:rPr>
          <w:rFonts w:ascii="Aptos" w:hAnsi="Aptos"/>
          <w:sz w:val="28"/>
          <w:szCs w:val="28"/>
        </w:rPr>
        <w:t>.</w:t>
      </w:r>
    </w:p>
    <w:p w14:paraId="06C8770D" w14:textId="77777777" w:rsidR="00F03803" w:rsidRPr="00134F67" w:rsidRDefault="00F9776E">
      <w:pPr>
        <w:spacing w:after="4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☐</w:t>
      </w:r>
      <w:r w:rsidRPr="00134F67">
        <w:rPr>
          <w:rFonts w:ascii="Aptos" w:hAnsi="Aptos"/>
          <w:sz w:val="28"/>
          <w:szCs w:val="28"/>
        </w:rPr>
        <w:t xml:space="preserve"> Ik heb een duidelijk onderwerp geschreven.</w:t>
      </w:r>
    </w:p>
    <w:p w14:paraId="538BF0DC" w14:textId="77777777" w:rsidR="00F03803" w:rsidRPr="00134F67" w:rsidRDefault="00F9776E">
      <w:pPr>
        <w:spacing w:after="4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☐</w:t>
      </w:r>
      <w:r w:rsidRPr="00134F67">
        <w:rPr>
          <w:rFonts w:ascii="Aptos" w:hAnsi="Aptos"/>
          <w:sz w:val="28"/>
          <w:szCs w:val="28"/>
        </w:rPr>
        <w:t xml:space="preserve"> Ik heb een begroeting.</w:t>
      </w:r>
    </w:p>
    <w:p w14:paraId="3AA3F82C" w14:textId="77777777" w:rsidR="00F03803" w:rsidRPr="00134F67" w:rsidRDefault="00F9776E">
      <w:pPr>
        <w:spacing w:after="4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☐</w:t>
      </w:r>
      <w:r w:rsidRPr="00134F67">
        <w:rPr>
          <w:rFonts w:ascii="Aptos" w:hAnsi="Aptos"/>
          <w:sz w:val="28"/>
          <w:szCs w:val="28"/>
        </w:rPr>
        <w:t xml:space="preserve"> Ik schrijf waarom ik mail.</w:t>
      </w:r>
    </w:p>
    <w:p w14:paraId="3F747811" w14:textId="77777777" w:rsidR="00F03803" w:rsidRPr="00134F67" w:rsidRDefault="00F9776E">
      <w:pPr>
        <w:spacing w:after="4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☐</w:t>
      </w:r>
      <w:r w:rsidRPr="00134F67">
        <w:rPr>
          <w:rFonts w:ascii="Aptos" w:hAnsi="Aptos"/>
          <w:sz w:val="28"/>
          <w:szCs w:val="28"/>
        </w:rPr>
        <w:t xml:space="preserve"> Ik noem de dag waarop ik vrij wil.</w:t>
      </w:r>
    </w:p>
    <w:p w14:paraId="722EF3F9" w14:textId="77777777" w:rsidR="00F03803" w:rsidRPr="00134F67" w:rsidRDefault="00F9776E">
      <w:pPr>
        <w:spacing w:after="4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☐</w:t>
      </w:r>
      <w:r w:rsidRPr="00134F67">
        <w:rPr>
          <w:rFonts w:ascii="Aptos" w:hAnsi="Aptos"/>
          <w:sz w:val="28"/>
          <w:szCs w:val="28"/>
        </w:rPr>
        <w:t xml:space="preserve"> Ik leg uit waarom ik vrij wil.</w:t>
      </w:r>
    </w:p>
    <w:p w14:paraId="0E528275" w14:textId="77777777" w:rsidR="00F03803" w:rsidRPr="00134F67" w:rsidRDefault="00F9776E">
      <w:pPr>
        <w:spacing w:after="4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☐</w:t>
      </w:r>
      <w:r w:rsidRPr="00134F67">
        <w:rPr>
          <w:rFonts w:ascii="Aptos" w:hAnsi="Aptos"/>
          <w:sz w:val="28"/>
          <w:szCs w:val="28"/>
        </w:rPr>
        <w:t xml:space="preserve"> Ik vraag netjes of het mogelijk is.</w:t>
      </w:r>
    </w:p>
    <w:p w14:paraId="0E6384AB" w14:textId="77777777" w:rsidR="00F03803" w:rsidRPr="00134F67" w:rsidRDefault="00F9776E">
      <w:pPr>
        <w:spacing w:after="4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☐</w:t>
      </w:r>
      <w:r w:rsidRPr="00134F67">
        <w:rPr>
          <w:rFonts w:ascii="Aptos" w:hAnsi="Aptos"/>
          <w:sz w:val="28"/>
          <w:szCs w:val="28"/>
        </w:rPr>
        <w:t xml:space="preserve"> Ik schrijf dat ik eventueel een andere dag kan werken.</w:t>
      </w:r>
    </w:p>
    <w:p w14:paraId="1AE55683" w14:textId="77777777" w:rsidR="00F03803" w:rsidRPr="00134F67" w:rsidRDefault="00F9776E">
      <w:pPr>
        <w:spacing w:after="4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☐</w:t>
      </w:r>
      <w:r w:rsidRPr="00134F67">
        <w:rPr>
          <w:rFonts w:ascii="Aptos" w:hAnsi="Aptos"/>
          <w:sz w:val="28"/>
          <w:szCs w:val="28"/>
        </w:rPr>
        <w:t xml:space="preserve"> Ik heb een nette afsluiting.</w:t>
      </w:r>
    </w:p>
    <w:p w14:paraId="6B349084" w14:textId="77777777" w:rsidR="00F03803" w:rsidRDefault="00F9776E">
      <w:pPr>
        <w:spacing w:after="4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☐</w:t>
      </w:r>
      <w:r w:rsidRPr="00134F67">
        <w:rPr>
          <w:rFonts w:ascii="Aptos" w:hAnsi="Aptos"/>
          <w:sz w:val="28"/>
          <w:szCs w:val="28"/>
        </w:rPr>
        <w:t xml:space="preserve"> Ik heb mijn naam </w:t>
      </w:r>
      <w:proofErr w:type="spellStart"/>
      <w:r w:rsidRPr="00134F67">
        <w:rPr>
          <w:rFonts w:ascii="Aptos" w:hAnsi="Aptos"/>
          <w:sz w:val="28"/>
          <w:szCs w:val="28"/>
        </w:rPr>
        <w:t>onder</w:t>
      </w:r>
      <w:proofErr w:type="spellEnd"/>
      <w:r w:rsidRPr="00134F67">
        <w:rPr>
          <w:rFonts w:ascii="Aptos" w:hAnsi="Aptos"/>
          <w:sz w:val="28"/>
          <w:szCs w:val="28"/>
        </w:rPr>
        <w:t xml:space="preserve"> de mail </w:t>
      </w:r>
      <w:proofErr w:type="spellStart"/>
      <w:r w:rsidRPr="00134F67">
        <w:rPr>
          <w:rFonts w:ascii="Aptos" w:hAnsi="Aptos"/>
          <w:sz w:val="28"/>
          <w:szCs w:val="28"/>
        </w:rPr>
        <w:t>gezet</w:t>
      </w:r>
      <w:proofErr w:type="spellEnd"/>
      <w:r w:rsidRPr="00134F67">
        <w:rPr>
          <w:rFonts w:ascii="Aptos" w:hAnsi="Aptos"/>
          <w:sz w:val="28"/>
          <w:szCs w:val="28"/>
        </w:rPr>
        <w:t>.</w:t>
      </w:r>
    </w:p>
    <w:p w14:paraId="70CD7BC6" w14:textId="5ACA9721" w:rsidR="00134F67" w:rsidRDefault="00134F67">
      <w:pPr>
        <w:spacing w:after="4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☐</w:t>
      </w:r>
      <w:r>
        <w:rPr>
          <w:rFonts w:ascii="Aptos" w:hAnsi="Aptos"/>
          <w:sz w:val="28"/>
          <w:szCs w:val="28"/>
        </w:rPr>
        <w:t xml:space="preserve"> Ik </w:t>
      </w:r>
      <w:proofErr w:type="spellStart"/>
      <w:r>
        <w:rPr>
          <w:rFonts w:ascii="Aptos" w:hAnsi="Aptos"/>
          <w:sz w:val="28"/>
          <w:szCs w:val="28"/>
        </w:rPr>
        <w:t>heb</w:t>
      </w:r>
      <w:proofErr w:type="spellEnd"/>
      <w:r>
        <w:rPr>
          <w:rFonts w:ascii="Aptos" w:hAnsi="Aptos"/>
          <w:sz w:val="28"/>
          <w:szCs w:val="28"/>
        </w:rPr>
        <w:t xml:space="preserve"> 80 – 100 woorden. </w:t>
      </w:r>
    </w:p>
    <w:p w14:paraId="16530852" w14:textId="4E1E60D7" w:rsidR="00134F67" w:rsidRDefault="00134F67">
      <w:pPr>
        <w:spacing w:after="40"/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>☐</w:t>
      </w:r>
      <w:r>
        <w:rPr>
          <w:rFonts w:ascii="Aptos" w:hAnsi="Aptos"/>
          <w:sz w:val="28"/>
          <w:szCs w:val="28"/>
        </w:rPr>
        <w:t xml:space="preserve"> Ik </w:t>
      </w:r>
      <w:proofErr w:type="spellStart"/>
      <w:r>
        <w:rPr>
          <w:rFonts w:ascii="Aptos" w:hAnsi="Aptos"/>
          <w:sz w:val="28"/>
          <w:szCs w:val="28"/>
        </w:rPr>
        <w:t>heb</w:t>
      </w:r>
      <w:proofErr w:type="spellEnd"/>
      <w:r>
        <w:rPr>
          <w:rFonts w:ascii="Aptos" w:hAnsi="Aptos"/>
          <w:sz w:val="28"/>
          <w:szCs w:val="28"/>
        </w:rPr>
        <w:t xml:space="preserve"> </w:t>
      </w:r>
      <w:proofErr w:type="spellStart"/>
      <w:r>
        <w:rPr>
          <w:rFonts w:ascii="Aptos" w:hAnsi="Aptos"/>
          <w:sz w:val="28"/>
          <w:szCs w:val="28"/>
        </w:rPr>
        <w:t>hoofdletters</w:t>
      </w:r>
      <w:proofErr w:type="spellEnd"/>
      <w:r>
        <w:rPr>
          <w:rFonts w:ascii="Aptos" w:hAnsi="Aptos"/>
          <w:sz w:val="28"/>
          <w:szCs w:val="28"/>
        </w:rPr>
        <w:t xml:space="preserve"> en </w:t>
      </w:r>
      <w:proofErr w:type="spellStart"/>
      <w:r>
        <w:rPr>
          <w:rFonts w:ascii="Aptos" w:hAnsi="Aptos"/>
          <w:sz w:val="28"/>
          <w:szCs w:val="28"/>
        </w:rPr>
        <w:t>punten</w:t>
      </w:r>
      <w:proofErr w:type="spellEnd"/>
      <w:r>
        <w:rPr>
          <w:rFonts w:ascii="Aptos" w:hAnsi="Aptos"/>
          <w:sz w:val="28"/>
          <w:szCs w:val="28"/>
        </w:rPr>
        <w:t xml:space="preserve"> </w:t>
      </w:r>
      <w:proofErr w:type="spellStart"/>
      <w:r>
        <w:rPr>
          <w:rFonts w:ascii="Aptos" w:hAnsi="Aptos"/>
          <w:sz w:val="28"/>
          <w:szCs w:val="28"/>
        </w:rPr>
        <w:t>gebruikt</w:t>
      </w:r>
      <w:proofErr w:type="spellEnd"/>
      <w:r>
        <w:rPr>
          <w:rFonts w:ascii="Aptos" w:hAnsi="Aptos"/>
          <w:sz w:val="28"/>
          <w:szCs w:val="28"/>
        </w:rPr>
        <w:t xml:space="preserve">. </w:t>
      </w:r>
    </w:p>
    <w:p w14:paraId="1061E4F9" w14:textId="77777777" w:rsidR="00134F67" w:rsidRDefault="00134F67">
      <w:pPr>
        <w:spacing w:after="40"/>
        <w:rPr>
          <w:rFonts w:ascii="Aptos" w:hAnsi="Aptos"/>
          <w:sz w:val="28"/>
          <w:szCs w:val="28"/>
        </w:rPr>
      </w:pPr>
    </w:p>
    <w:p w14:paraId="293CA3A2" w14:textId="77777777" w:rsidR="00134F67" w:rsidRDefault="00134F67">
      <w:pPr>
        <w:spacing w:after="40"/>
        <w:rPr>
          <w:rFonts w:ascii="Aptos" w:hAnsi="Aptos"/>
          <w:sz w:val="28"/>
          <w:szCs w:val="28"/>
        </w:rPr>
      </w:pPr>
    </w:p>
    <w:p w14:paraId="397CD3D2" w14:textId="77777777" w:rsidR="00134F67" w:rsidRDefault="00134F67">
      <w:pPr>
        <w:spacing w:after="40"/>
        <w:rPr>
          <w:rFonts w:ascii="Aptos" w:hAnsi="Aptos"/>
          <w:sz w:val="28"/>
          <w:szCs w:val="28"/>
        </w:rPr>
      </w:pPr>
    </w:p>
    <w:p w14:paraId="47B2A68E" w14:textId="77777777" w:rsidR="00134F67" w:rsidRDefault="00134F67">
      <w:pPr>
        <w:spacing w:after="40"/>
        <w:rPr>
          <w:rFonts w:ascii="Aptos" w:hAnsi="Aptos"/>
          <w:sz w:val="28"/>
          <w:szCs w:val="28"/>
        </w:rPr>
      </w:pPr>
    </w:p>
    <w:p w14:paraId="10F0BDA3" w14:textId="77777777" w:rsidR="00134F67" w:rsidRDefault="00134F67">
      <w:pPr>
        <w:spacing w:after="40"/>
        <w:rPr>
          <w:rFonts w:ascii="Aptos" w:hAnsi="Aptos"/>
          <w:sz w:val="28"/>
          <w:szCs w:val="28"/>
        </w:rPr>
      </w:pPr>
    </w:p>
    <w:p w14:paraId="04AF6B76" w14:textId="77777777" w:rsidR="00134F67" w:rsidRDefault="00134F67">
      <w:pPr>
        <w:spacing w:after="40"/>
        <w:rPr>
          <w:rFonts w:ascii="Aptos" w:hAnsi="Aptos"/>
          <w:sz w:val="28"/>
          <w:szCs w:val="28"/>
        </w:rPr>
      </w:pPr>
    </w:p>
    <w:p w14:paraId="7C8C1D16" w14:textId="77777777" w:rsidR="00134F67" w:rsidRDefault="00134F67">
      <w:pPr>
        <w:spacing w:after="40"/>
        <w:rPr>
          <w:rFonts w:ascii="Aptos" w:hAnsi="Aptos"/>
          <w:sz w:val="28"/>
          <w:szCs w:val="28"/>
        </w:rPr>
      </w:pPr>
    </w:p>
    <w:p w14:paraId="37F904D4" w14:textId="77777777" w:rsidR="00134F67" w:rsidRDefault="00134F67">
      <w:pPr>
        <w:spacing w:after="40"/>
        <w:rPr>
          <w:rFonts w:ascii="Aptos" w:hAnsi="Aptos"/>
          <w:sz w:val="28"/>
          <w:szCs w:val="28"/>
        </w:rPr>
      </w:pPr>
    </w:p>
    <w:p w14:paraId="5EA8A03D" w14:textId="77777777" w:rsidR="00134F67" w:rsidRDefault="00134F67">
      <w:pPr>
        <w:spacing w:after="40"/>
        <w:rPr>
          <w:rFonts w:ascii="Aptos" w:hAnsi="Aptos"/>
          <w:sz w:val="28"/>
          <w:szCs w:val="28"/>
        </w:rPr>
      </w:pPr>
    </w:p>
    <w:p w14:paraId="6ABEA412" w14:textId="77777777" w:rsidR="00134F67" w:rsidRDefault="00134F67">
      <w:pPr>
        <w:spacing w:after="40"/>
        <w:rPr>
          <w:rFonts w:ascii="Aptos" w:hAnsi="Aptos"/>
          <w:sz w:val="28"/>
          <w:szCs w:val="28"/>
        </w:rPr>
      </w:pPr>
    </w:p>
    <w:p w14:paraId="2A06D281" w14:textId="77777777" w:rsidR="00134F67" w:rsidRDefault="00134F67">
      <w:pPr>
        <w:spacing w:after="40"/>
        <w:rPr>
          <w:rFonts w:ascii="Aptos" w:hAnsi="Aptos"/>
          <w:sz w:val="28"/>
          <w:szCs w:val="28"/>
        </w:rPr>
      </w:pPr>
    </w:p>
    <w:p w14:paraId="731A02AC" w14:textId="77777777" w:rsidR="00134F67" w:rsidRDefault="00134F67">
      <w:pPr>
        <w:spacing w:after="40"/>
        <w:rPr>
          <w:rFonts w:ascii="Aptos" w:hAnsi="Aptos"/>
          <w:sz w:val="28"/>
          <w:szCs w:val="28"/>
        </w:rPr>
      </w:pPr>
    </w:p>
    <w:p w14:paraId="489B27B9" w14:textId="77777777" w:rsidR="00134F67" w:rsidRDefault="00134F67">
      <w:pPr>
        <w:spacing w:after="40"/>
        <w:rPr>
          <w:rFonts w:ascii="Aptos" w:hAnsi="Aptos"/>
          <w:sz w:val="28"/>
          <w:szCs w:val="28"/>
        </w:rPr>
      </w:pPr>
    </w:p>
    <w:p w14:paraId="2748AC5E" w14:textId="77777777" w:rsidR="00134F67" w:rsidRDefault="00134F67">
      <w:pPr>
        <w:spacing w:after="40"/>
        <w:rPr>
          <w:rFonts w:ascii="Aptos" w:hAnsi="Aptos"/>
          <w:sz w:val="28"/>
          <w:szCs w:val="28"/>
        </w:rPr>
      </w:pPr>
    </w:p>
    <w:p w14:paraId="42A6BDF2" w14:textId="77777777" w:rsidR="00134F67" w:rsidRDefault="00134F67">
      <w:pPr>
        <w:spacing w:after="40"/>
        <w:rPr>
          <w:rFonts w:ascii="Aptos" w:hAnsi="Aptos"/>
          <w:sz w:val="28"/>
          <w:szCs w:val="28"/>
        </w:rPr>
      </w:pPr>
    </w:p>
    <w:p w14:paraId="508772E3" w14:textId="77777777" w:rsidR="00D33632" w:rsidRPr="00134F67" w:rsidRDefault="00D33632">
      <w:pPr>
        <w:spacing w:after="40"/>
        <w:rPr>
          <w:rFonts w:ascii="Aptos" w:hAnsi="Aptos"/>
          <w:sz w:val="28"/>
          <w:szCs w:val="28"/>
        </w:rPr>
      </w:pPr>
    </w:p>
    <w:p w14:paraId="5A99093E" w14:textId="208EA50A" w:rsidR="00F03803" w:rsidRPr="00D33632" w:rsidRDefault="00F9776E">
      <w:pPr>
        <w:spacing w:before="160" w:after="80"/>
        <w:rPr>
          <w:rFonts w:ascii="Aptos" w:hAnsi="Aptos"/>
          <w:color w:val="4F81BD" w:themeColor="accent1"/>
          <w:sz w:val="32"/>
          <w:szCs w:val="32"/>
          <w:u w:val="single"/>
        </w:rPr>
      </w:pPr>
      <w:r w:rsidRPr="00D33632">
        <w:rPr>
          <w:rFonts w:ascii="Aptos" w:hAnsi="Aptos"/>
          <w:b/>
          <w:color w:val="4F81BD" w:themeColor="accent1"/>
          <w:sz w:val="32"/>
          <w:szCs w:val="32"/>
          <w:u w:val="single"/>
        </w:rPr>
        <w:t>S</w:t>
      </w:r>
      <w:r w:rsidR="00D33632" w:rsidRPr="00D33632">
        <w:rPr>
          <w:rFonts w:ascii="Aptos" w:hAnsi="Aptos"/>
          <w:b/>
          <w:color w:val="4F81BD" w:themeColor="accent1"/>
          <w:sz w:val="32"/>
          <w:szCs w:val="32"/>
          <w:u w:val="single"/>
        </w:rPr>
        <w:t xml:space="preserve">tap </w:t>
      </w:r>
      <w:proofErr w:type="gramStart"/>
      <w:r w:rsidR="00D33632" w:rsidRPr="00D33632">
        <w:rPr>
          <w:rFonts w:ascii="Aptos" w:hAnsi="Aptos"/>
          <w:b/>
          <w:color w:val="4F81BD" w:themeColor="accent1"/>
          <w:sz w:val="32"/>
          <w:szCs w:val="32"/>
          <w:u w:val="single"/>
        </w:rPr>
        <w:t xml:space="preserve">2 </w:t>
      </w:r>
      <w:r w:rsidRPr="00D33632">
        <w:rPr>
          <w:rFonts w:ascii="Aptos" w:hAnsi="Aptos"/>
          <w:b/>
          <w:color w:val="4F81BD" w:themeColor="accent1"/>
          <w:sz w:val="32"/>
          <w:szCs w:val="32"/>
          <w:u w:val="single"/>
        </w:rPr>
        <w:t xml:space="preserve"> –</w:t>
      </w:r>
      <w:proofErr w:type="gramEnd"/>
      <w:r w:rsidRPr="00D33632">
        <w:rPr>
          <w:rFonts w:ascii="Aptos" w:hAnsi="Aptos"/>
          <w:b/>
          <w:color w:val="4F81BD" w:themeColor="accent1"/>
          <w:sz w:val="32"/>
          <w:szCs w:val="32"/>
          <w:u w:val="single"/>
        </w:rPr>
        <w:t xml:space="preserve"> </w:t>
      </w:r>
      <w:r w:rsidR="00D33632" w:rsidRPr="00D33632">
        <w:rPr>
          <w:rFonts w:ascii="Aptos" w:hAnsi="Aptos"/>
          <w:b/>
          <w:color w:val="4F81BD" w:themeColor="accent1"/>
          <w:sz w:val="32"/>
          <w:szCs w:val="32"/>
          <w:u w:val="single"/>
        </w:rPr>
        <w:t>De e-mail schrijven</w:t>
      </w:r>
    </w:p>
    <w:p w14:paraId="3C0481F1" w14:textId="2702D945" w:rsidR="00F03803" w:rsidRPr="00134F67" w:rsidRDefault="00F9776E">
      <w:pPr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 xml:space="preserve">Gebruik je </w:t>
      </w:r>
      <w:r w:rsidR="00134F67">
        <w:rPr>
          <w:rFonts w:ascii="Aptos" w:hAnsi="Aptos"/>
          <w:sz w:val="28"/>
          <w:szCs w:val="28"/>
        </w:rPr>
        <w:t xml:space="preserve">oefenmail </w:t>
      </w:r>
      <w:r w:rsidRPr="00134F67">
        <w:rPr>
          <w:rFonts w:ascii="Aptos" w:hAnsi="Aptos"/>
          <w:sz w:val="28"/>
          <w:szCs w:val="28"/>
        </w:rPr>
        <w:t xml:space="preserve">en de checklist. </w:t>
      </w:r>
      <w:r w:rsidR="00134F67">
        <w:rPr>
          <w:rFonts w:ascii="Aptos" w:hAnsi="Aptos"/>
          <w:sz w:val="28"/>
          <w:szCs w:val="28"/>
        </w:rPr>
        <w:br/>
      </w:r>
      <w:r w:rsidRPr="00134F67">
        <w:rPr>
          <w:rFonts w:ascii="Aptos" w:hAnsi="Aptos"/>
          <w:sz w:val="28"/>
          <w:szCs w:val="28"/>
        </w:rPr>
        <w:t>Schrijf nu je</w:t>
      </w:r>
      <w:r w:rsidRPr="00134F67">
        <w:rPr>
          <w:rFonts w:ascii="Aptos" w:hAnsi="Aptos"/>
          <w:sz w:val="28"/>
          <w:szCs w:val="28"/>
        </w:rPr>
        <w:t xml:space="preserve"> e-mail.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426"/>
      </w:tblGrid>
      <w:tr w:rsidR="00F03803" w:rsidRPr="00134F67" w14:paraId="5C15B3B0" w14:textId="77777777">
        <w:tc>
          <w:tcPr>
            <w:tcW w:w="10426" w:type="dxa"/>
          </w:tcPr>
          <w:p w14:paraId="13F9BC0B" w14:textId="7A7681EB" w:rsidR="00F03803" w:rsidRPr="00134F67" w:rsidRDefault="00F03803">
            <w:pPr>
              <w:rPr>
                <w:rFonts w:ascii="Aptos" w:hAnsi="Aptos"/>
                <w:sz w:val="28"/>
                <w:szCs w:val="28"/>
              </w:rPr>
            </w:pPr>
          </w:p>
          <w:tbl>
            <w:tblPr>
              <w:tblStyle w:val="Tabelraster"/>
              <w:tblW w:w="0" w:type="auto"/>
              <w:tblLook w:val="04A0" w:firstRow="1" w:lastRow="0" w:firstColumn="1" w:lastColumn="0" w:noHBand="0" w:noVBand="1"/>
            </w:tblPr>
            <w:tblGrid>
              <w:gridCol w:w="5071"/>
              <w:gridCol w:w="5129"/>
            </w:tblGrid>
            <w:tr w:rsidR="00F03803" w:rsidRPr="00134F67" w14:paraId="7686AFA7" w14:textId="77777777">
              <w:tc>
                <w:tcPr>
                  <w:tcW w:w="5213" w:type="dxa"/>
                </w:tcPr>
                <w:p w14:paraId="6EAF9C07" w14:textId="77777777" w:rsidR="00F03803" w:rsidRPr="00134F67" w:rsidRDefault="00F9776E">
                  <w:pPr>
                    <w:rPr>
                      <w:rFonts w:ascii="Aptos" w:hAnsi="Aptos"/>
                      <w:sz w:val="28"/>
                      <w:szCs w:val="28"/>
                    </w:rPr>
                  </w:pPr>
                  <w:r w:rsidRPr="00134F67">
                    <w:rPr>
                      <w:rFonts w:ascii="Aptos" w:hAnsi="Aptos"/>
                      <w:b/>
                      <w:sz w:val="28"/>
                      <w:szCs w:val="28"/>
                    </w:rPr>
                    <w:t>Aan:</w:t>
                  </w:r>
                </w:p>
              </w:tc>
              <w:tc>
                <w:tcPr>
                  <w:tcW w:w="5213" w:type="dxa"/>
                </w:tcPr>
                <w:p w14:paraId="6201B4EC" w14:textId="77777777" w:rsidR="00F03803" w:rsidRPr="00134F67" w:rsidRDefault="00F9776E">
                  <w:pPr>
                    <w:rPr>
                      <w:rFonts w:ascii="Aptos" w:hAnsi="Aptos"/>
                      <w:sz w:val="28"/>
                      <w:szCs w:val="28"/>
                    </w:rPr>
                  </w:pPr>
                  <w:r w:rsidRPr="00134F67">
                    <w:rPr>
                      <w:rFonts w:ascii="Aptos" w:hAnsi="Aptos"/>
                      <w:sz w:val="28"/>
                      <w:szCs w:val="28"/>
                    </w:rPr>
                    <w:t>leidinggevende@werk.nl</w:t>
                  </w:r>
                </w:p>
              </w:tc>
            </w:tr>
            <w:tr w:rsidR="00F03803" w:rsidRPr="00134F67" w14:paraId="626BD38D" w14:textId="77777777">
              <w:tc>
                <w:tcPr>
                  <w:tcW w:w="5213" w:type="dxa"/>
                </w:tcPr>
                <w:p w14:paraId="280D856B" w14:textId="77777777" w:rsidR="00F03803" w:rsidRPr="00134F67" w:rsidRDefault="00F9776E">
                  <w:pPr>
                    <w:rPr>
                      <w:rFonts w:ascii="Aptos" w:hAnsi="Aptos"/>
                      <w:sz w:val="28"/>
                      <w:szCs w:val="28"/>
                    </w:rPr>
                  </w:pPr>
                  <w:r w:rsidRPr="00134F67">
                    <w:rPr>
                      <w:rFonts w:ascii="Aptos" w:hAnsi="Aptos"/>
                      <w:b/>
                      <w:sz w:val="28"/>
                      <w:szCs w:val="28"/>
                    </w:rPr>
                    <w:t>Onderwerp:</w:t>
                  </w:r>
                </w:p>
              </w:tc>
              <w:tc>
                <w:tcPr>
                  <w:tcW w:w="5213" w:type="dxa"/>
                </w:tcPr>
                <w:p w14:paraId="29C41524" w14:textId="77777777" w:rsidR="00F03803" w:rsidRPr="00134F67" w:rsidRDefault="00F9776E">
                  <w:pPr>
                    <w:rPr>
                      <w:rFonts w:ascii="Aptos" w:hAnsi="Aptos"/>
                      <w:sz w:val="28"/>
                      <w:szCs w:val="28"/>
                    </w:rPr>
                  </w:pPr>
                  <w:r w:rsidRPr="00134F67">
                    <w:rPr>
                      <w:rFonts w:ascii="Aptos" w:hAnsi="Aptos"/>
                      <w:sz w:val="28"/>
                      <w:szCs w:val="28"/>
                    </w:rPr>
                    <w:t>Vrij vragen</w:t>
                  </w:r>
                </w:p>
              </w:tc>
            </w:tr>
            <w:tr w:rsidR="00F03803" w:rsidRPr="00134F67" w14:paraId="7BB981BB" w14:textId="77777777">
              <w:tc>
                <w:tcPr>
                  <w:tcW w:w="5213" w:type="dxa"/>
                </w:tcPr>
                <w:p w14:paraId="5D9FC161" w14:textId="77777777" w:rsidR="00F03803" w:rsidRPr="00134F67" w:rsidRDefault="00F03803">
                  <w:pPr>
                    <w:rPr>
                      <w:rFonts w:ascii="Aptos" w:hAnsi="Aptos"/>
                      <w:sz w:val="28"/>
                      <w:szCs w:val="28"/>
                    </w:rPr>
                  </w:pPr>
                </w:p>
              </w:tc>
              <w:tc>
                <w:tcPr>
                  <w:tcW w:w="5213" w:type="dxa"/>
                </w:tcPr>
                <w:p w14:paraId="54CA9B6D" w14:textId="77777777" w:rsidR="00F03803" w:rsidRPr="00134F67" w:rsidRDefault="00F03803">
                  <w:pPr>
                    <w:rPr>
                      <w:rFonts w:ascii="Aptos" w:hAnsi="Aptos"/>
                      <w:sz w:val="28"/>
                      <w:szCs w:val="28"/>
                    </w:rPr>
                  </w:pPr>
                </w:p>
              </w:tc>
            </w:tr>
          </w:tbl>
          <w:p w14:paraId="16B2DAAC" w14:textId="77777777" w:rsidR="00F03803" w:rsidRPr="00134F67" w:rsidRDefault="00F03803">
            <w:pPr>
              <w:rPr>
                <w:rFonts w:ascii="Aptos" w:hAnsi="Aptos"/>
                <w:sz w:val="28"/>
                <w:szCs w:val="28"/>
              </w:rPr>
            </w:pPr>
          </w:p>
          <w:p w14:paraId="667BB626" w14:textId="2F80D68A" w:rsidR="00F03803" w:rsidRDefault="00F9776E">
            <w:pPr>
              <w:spacing w:before="120"/>
              <w:rPr>
                <w:rFonts w:ascii="Aptos" w:hAnsi="Aptos"/>
                <w:sz w:val="28"/>
                <w:szCs w:val="28"/>
              </w:rPr>
            </w:pPr>
            <w:r w:rsidRPr="00134F67">
              <w:rPr>
                <w:rFonts w:ascii="Aptos" w:hAnsi="Aptos"/>
                <w:sz w:val="28"/>
                <w:szCs w:val="28"/>
              </w:rPr>
              <w:t xml:space="preserve">Beste </w:t>
            </w:r>
          </w:p>
          <w:p w14:paraId="18BC5CB9" w14:textId="77777777" w:rsidR="00134F67" w:rsidRDefault="00134F67">
            <w:pPr>
              <w:spacing w:before="120"/>
              <w:rPr>
                <w:rFonts w:ascii="Aptos" w:hAnsi="Aptos"/>
                <w:sz w:val="28"/>
                <w:szCs w:val="28"/>
              </w:rPr>
            </w:pPr>
          </w:p>
          <w:p w14:paraId="029C09A3" w14:textId="77777777" w:rsidR="00134F67" w:rsidRDefault="00134F67">
            <w:pPr>
              <w:spacing w:before="120"/>
              <w:rPr>
                <w:rFonts w:ascii="Aptos" w:hAnsi="Aptos"/>
                <w:sz w:val="28"/>
                <w:szCs w:val="28"/>
              </w:rPr>
            </w:pPr>
          </w:p>
          <w:p w14:paraId="6EB49E2F" w14:textId="77777777" w:rsidR="00134F67" w:rsidRDefault="00134F67">
            <w:pPr>
              <w:spacing w:before="120"/>
              <w:rPr>
                <w:rFonts w:ascii="Aptos" w:hAnsi="Aptos"/>
                <w:sz w:val="28"/>
                <w:szCs w:val="28"/>
              </w:rPr>
            </w:pPr>
          </w:p>
          <w:p w14:paraId="0CE5971B" w14:textId="77777777" w:rsidR="00134F67" w:rsidRDefault="00134F67">
            <w:pPr>
              <w:spacing w:before="120"/>
              <w:rPr>
                <w:rFonts w:ascii="Aptos" w:hAnsi="Aptos"/>
                <w:sz w:val="28"/>
                <w:szCs w:val="28"/>
              </w:rPr>
            </w:pPr>
          </w:p>
          <w:p w14:paraId="34996776" w14:textId="77777777" w:rsidR="00134F67" w:rsidRDefault="00134F67">
            <w:pPr>
              <w:spacing w:before="120"/>
              <w:rPr>
                <w:rFonts w:ascii="Aptos" w:hAnsi="Aptos"/>
                <w:sz w:val="28"/>
                <w:szCs w:val="28"/>
              </w:rPr>
            </w:pPr>
          </w:p>
          <w:p w14:paraId="63E398D0" w14:textId="77777777" w:rsidR="00134F67" w:rsidRDefault="00134F67">
            <w:pPr>
              <w:spacing w:before="120"/>
              <w:rPr>
                <w:rFonts w:ascii="Aptos" w:hAnsi="Aptos"/>
                <w:sz w:val="28"/>
                <w:szCs w:val="28"/>
              </w:rPr>
            </w:pPr>
          </w:p>
          <w:p w14:paraId="618E5565" w14:textId="77777777" w:rsidR="00134F67" w:rsidRDefault="00134F67">
            <w:pPr>
              <w:spacing w:before="120"/>
              <w:rPr>
                <w:rFonts w:ascii="Aptos" w:hAnsi="Aptos"/>
                <w:sz w:val="28"/>
                <w:szCs w:val="28"/>
              </w:rPr>
            </w:pPr>
          </w:p>
          <w:p w14:paraId="38D0070E" w14:textId="77777777" w:rsidR="00134F67" w:rsidRDefault="00134F67">
            <w:pPr>
              <w:spacing w:before="120"/>
              <w:rPr>
                <w:rFonts w:ascii="Aptos" w:hAnsi="Aptos"/>
                <w:sz w:val="28"/>
                <w:szCs w:val="28"/>
              </w:rPr>
            </w:pPr>
          </w:p>
          <w:p w14:paraId="10BA4265" w14:textId="77777777" w:rsidR="00134F67" w:rsidRDefault="00134F67">
            <w:pPr>
              <w:spacing w:before="120"/>
              <w:rPr>
                <w:rFonts w:ascii="Aptos" w:hAnsi="Aptos"/>
                <w:sz w:val="28"/>
                <w:szCs w:val="28"/>
              </w:rPr>
            </w:pPr>
          </w:p>
          <w:p w14:paraId="7880441B" w14:textId="77777777" w:rsidR="00134F67" w:rsidRDefault="00134F67">
            <w:pPr>
              <w:spacing w:before="120"/>
              <w:rPr>
                <w:rFonts w:ascii="Aptos" w:hAnsi="Aptos"/>
                <w:sz w:val="28"/>
                <w:szCs w:val="28"/>
              </w:rPr>
            </w:pPr>
          </w:p>
          <w:p w14:paraId="02ED250C" w14:textId="77777777" w:rsidR="00134F67" w:rsidRDefault="00134F67">
            <w:pPr>
              <w:spacing w:before="120"/>
              <w:rPr>
                <w:rFonts w:ascii="Aptos" w:hAnsi="Aptos"/>
                <w:sz w:val="28"/>
                <w:szCs w:val="28"/>
              </w:rPr>
            </w:pPr>
          </w:p>
          <w:p w14:paraId="0EB4B71D" w14:textId="77777777" w:rsidR="00134F67" w:rsidRDefault="00134F67">
            <w:pPr>
              <w:spacing w:before="120"/>
              <w:rPr>
                <w:rFonts w:ascii="Aptos" w:hAnsi="Aptos"/>
                <w:sz w:val="28"/>
                <w:szCs w:val="28"/>
              </w:rPr>
            </w:pPr>
          </w:p>
          <w:p w14:paraId="5F9A1F57" w14:textId="77777777" w:rsidR="00134F67" w:rsidRDefault="00134F67">
            <w:pPr>
              <w:spacing w:before="120"/>
              <w:rPr>
                <w:rFonts w:ascii="Aptos" w:hAnsi="Aptos"/>
                <w:sz w:val="28"/>
                <w:szCs w:val="28"/>
              </w:rPr>
            </w:pPr>
          </w:p>
          <w:p w14:paraId="7FBCB5CB" w14:textId="77777777" w:rsidR="00D33632" w:rsidRDefault="00D33632">
            <w:pPr>
              <w:spacing w:before="120"/>
              <w:rPr>
                <w:rFonts w:ascii="Aptos" w:hAnsi="Aptos"/>
                <w:sz w:val="28"/>
                <w:szCs w:val="28"/>
              </w:rPr>
            </w:pPr>
          </w:p>
          <w:p w14:paraId="1A1B92D3" w14:textId="77777777" w:rsidR="00134F67" w:rsidRDefault="00134F67">
            <w:pPr>
              <w:spacing w:before="120"/>
              <w:rPr>
                <w:rFonts w:ascii="Aptos" w:hAnsi="Aptos"/>
                <w:sz w:val="28"/>
                <w:szCs w:val="28"/>
              </w:rPr>
            </w:pPr>
          </w:p>
          <w:p w14:paraId="4A389A3E" w14:textId="77777777" w:rsidR="00134F67" w:rsidRDefault="00134F67">
            <w:pPr>
              <w:spacing w:before="120"/>
              <w:rPr>
                <w:rFonts w:ascii="Aptos" w:hAnsi="Aptos"/>
                <w:sz w:val="28"/>
                <w:szCs w:val="28"/>
              </w:rPr>
            </w:pPr>
          </w:p>
          <w:p w14:paraId="06778CB9" w14:textId="77777777" w:rsidR="00D33632" w:rsidRPr="00134F67" w:rsidRDefault="00D33632">
            <w:pPr>
              <w:spacing w:before="120"/>
              <w:rPr>
                <w:rFonts w:ascii="Aptos" w:hAnsi="Aptos"/>
                <w:sz w:val="28"/>
                <w:szCs w:val="28"/>
              </w:rPr>
            </w:pPr>
          </w:p>
          <w:p w14:paraId="42E37593" w14:textId="77777777" w:rsidR="00D33632" w:rsidRDefault="00D33632">
            <w:pPr>
              <w:rPr>
                <w:rFonts w:ascii="Aptos" w:hAnsi="Aptos"/>
                <w:sz w:val="28"/>
                <w:szCs w:val="28"/>
              </w:rPr>
            </w:pPr>
          </w:p>
          <w:p w14:paraId="1BC07A05" w14:textId="335E4756" w:rsidR="00F03803" w:rsidRDefault="00F9776E">
            <w:pPr>
              <w:rPr>
                <w:rFonts w:ascii="Aptos" w:hAnsi="Aptos"/>
                <w:sz w:val="28"/>
                <w:szCs w:val="28"/>
              </w:rPr>
            </w:pPr>
            <w:r w:rsidRPr="00134F67">
              <w:rPr>
                <w:rFonts w:ascii="Aptos" w:hAnsi="Aptos"/>
                <w:sz w:val="28"/>
                <w:szCs w:val="28"/>
              </w:rPr>
              <w:t xml:space="preserve">Met </w:t>
            </w:r>
            <w:proofErr w:type="spellStart"/>
            <w:r w:rsidRPr="00134F67">
              <w:rPr>
                <w:rFonts w:ascii="Aptos" w:hAnsi="Aptos"/>
                <w:sz w:val="28"/>
                <w:szCs w:val="28"/>
              </w:rPr>
              <w:t>vriendelijke</w:t>
            </w:r>
            <w:proofErr w:type="spellEnd"/>
            <w:r w:rsidRPr="00134F67">
              <w:rPr>
                <w:rFonts w:ascii="Aptos" w:hAnsi="Aptos"/>
                <w:sz w:val="28"/>
                <w:szCs w:val="28"/>
              </w:rPr>
              <w:t xml:space="preserve"> </w:t>
            </w:r>
            <w:proofErr w:type="spellStart"/>
            <w:r w:rsidRPr="00134F67">
              <w:rPr>
                <w:rFonts w:ascii="Aptos" w:hAnsi="Aptos"/>
                <w:sz w:val="28"/>
                <w:szCs w:val="28"/>
              </w:rPr>
              <w:t>groet</w:t>
            </w:r>
            <w:proofErr w:type="spellEnd"/>
            <w:r w:rsidRPr="00134F67">
              <w:rPr>
                <w:rFonts w:ascii="Aptos" w:hAnsi="Aptos"/>
                <w:sz w:val="28"/>
                <w:szCs w:val="28"/>
              </w:rPr>
              <w:t>,</w:t>
            </w:r>
          </w:p>
          <w:p w14:paraId="32449816" w14:textId="77777777" w:rsidR="00134F67" w:rsidRPr="00134F67" w:rsidRDefault="00134F67">
            <w:pPr>
              <w:rPr>
                <w:rFonts w:ascii="Aptos" w:hAnsi="Aptos"/>
                <w:sz w:val="28"/>
                <w:szCs w:val="28"/>
              </w:rPr>
            </w:pPr>
          </w:p>
          <w:p w14:paraId="4215DEEB" w14:textId="77777777" w:rsidR="00F03803" w:rsidRPr="00134F67" w:rsidRDefault="00F9776E">
            <w:pPr>
              <w:rPr>
                <w:rFonts w:ascii="Aptos" w:hAnsi="Aptos"/>
                <w:sz w:val="28"/>
                <w:szCs w:val="28"/>
              </w:rPr>
            </w:pPr>
            <w:r w:rsidRPr="00134F67">
              <w:rPr>
                <w:rFonts w:ascii="Aptos" w:hAnsi="Aptos"/>
                <w:sz w:val="28"/>
                <w:szCs w:val="28"/>
              </w:rPr>
              <w:t>____________________________</w:t>
            </w:r>
          </w:p>
        </w:tc>
      </w:tr>
    </w:tbl>
    <w:p w14:paraId="6D0073E3" w14:textId="19B933E9" w:rsidR="00F03803" w:rsidRPr="00134F67" w:rsidRDefault="00F9776E" w:rsidP="00134F67">
      <w:pPr>
        <w:rPr>
          <w:rFonts w:ascii="Aptos" w:hAnsi="Aptos"/>
          <w:sz w:val="28"/>
          <w:szCs w:val="28"/>
        </w:rPr>
      </w:pPr>
      <w:r w:rsidRPr="00134F67">
        <w:rPr>
          <w:rFonts w:ascii="Aptos" w:hAnsi="Aptos"/>
          <w:sz w:val="28"/>
          <w:szCs w:val="28"/>
        </w:rPr>
        <w:t xml:space="preserve">Lees je </w:t>
      </w:r>
      <w:proofErr w:type="spellStart"/>
      <w:r w:rsidRPr="00134F67">
        <w:rPr>
          <w:rFonts w:ascii="Aptos" w:hAnsi="Aptos"/>
          <w:sz w:val="28"/>
          <w:szCs w:val="28"/>
        </w:rPr>
        <w:t>nette</w:t>
      </w:r>
      <w:proofErr w:type="spellEnd"/>
      <w:r w:rsidRPr="00134F67">
        <w:rPr>
          <w:rFonts w:ascii="Aptos" w:hAnsi="Aptos"/>
          <w:sz w:val="28"/>
          <w:szCs w:val="28"/>
        </w:rPr>
        <w:t xml:space="preserve"> mail nog </w:t>
      </w:r>
      <w:proofErr w:type="spellStart"/>
      <w:r w:rsidRPr="00134F67">
        <w:rPr>
          <w:rFonts w:ascii="Aptos" w:hAnsi="Aptos"/>
          <w:sz w:val="28"/>
          <w:szCs w:val="28"/>
        </w:rPr>
        <w:t>één</w:t>
      </w:r>
      <w:proofErr w:type="spellEnd"/>
      <w:r w:rsidRPr="00134F67">
        <w:rPr>
          <w:rFonts w:ascii="Aptos" w:hAnsi="Aptos"/>
          <w:sz w:val="28"/>
          <w:szCs w:val="28"/>
        </w:rPr>
        <w:t xml:space="preserve"> </w:t>
      </w:r>
      <w:proofErr w:type="spellStart"/>
      <w:r w:rsidRPr="00134F67">
        <w:rPr>
          <w:rFonts w:ascii="Aptos" w:hAnsi="Aptos"/>
          <w:sz w:val="28"/>
          <w:szCs w:val="28"/>
        </w:rPr>
        <w:t>keer</w:t>
      </w:r>
      <w:proofErr w:type="spellEnd"/>
      <w:r w:rsidR="00134F67">
        <w:rPr>
          <w:rFonts w:ascii="Aptos" w:hAnsi="Aptos"/>
          <w:sz w:val="28"/>
          <w:szCs w:val="28"/>
        </w:rPr>
        <w:t xml:space="preserve"> </w:t>
      </w:r>
      <w:proofErr w:type="spellStart"/>
      <w:r w:rsidR="00134F67">
        <w:rPr>
          <w:rFonts w:ascii="Aptos" w:hAnsi="Aptos"/>
          <w:sz w:val="28"/>
          <w:szCs w:val="28"/>
        </w:rPr>
        <w:t>goed</w:t>
      </w:r>
      <w:proofErr w:type="spellEnd"/>
      <w:r w:rsidR="00134F67">
        <w:rPr>
          <w:rFonts w:ascii="Aptos" w:hAnsi="Aptos"/>
          <w:sz w:val="28"/>
          <w:szCs w:val="28"/>
        </w:rPr>
        <w:t xml:space="preserve"> door!</w:t>
      </w:r>
      <w:r w:rsidR="00134F67">
        <w:rPr>
          <w:rFonts w:ascii="Aptos" w:hAnsi="Aptos"/>
          <w:sz w:val="28"/>
          <w:szCs w:val="28"/>
        </w:rPr>
        <w:br/>
        <w:t xml:space="preserve">Is </w:t>
      </w:r>
      <w:proofErr w:type="spellStart"/>
      <w:r w:rsidR="00134F67">
        <w:rPr>
          <w:rFonts w:ascii="Aptos" w:hAnsi="Aptos"/>
          <w:sz w:val="28"/>
          <w:szCs w:val="28"/>
        </w:rPr>
        <w:t>alles</w:t>
      </w:r>
      <w:proofErr w:type="spellEnd"/>
      <w:r w:rsidR="00134F67">
        <w:rPr>
          <w:rFonts w:ascii="Aptos" w:hAnsi="Aptos"/>
          <w:sz w:val="28"/>
          <w:szCs w:val="28"/>
        </w:rPr>
        <w:t xml:space="preserve"> </w:t>
      </w:r>
      <w:proofErr w:type="spellStart"/>
      <w:r w:rsidR="00134F67">
        <w:rPr>
          <w:rFonts w:ascii="Aptos" w:hAnsi="Aptos"/>
          <w:sz w:val="28"/>
          <w:szCs w:val="28"/>
        </w:rPr>
        <w:t>goed</w:t>
      </w:r>
      <w:proofErr w:type="spellEnd"/>
      <w:r w:rsidR="00134F67">
        <w:rPr>
          <w:rFonts w:ascii="Aptos" w:hAnsi="Aptos"/>
          <w:sz w:val="28"/>
          <w:szCs w:val="28"/>
        </w:rPr>
        <w:t xml:space="preserve">? </w:t>
      </w:r>
      <w:r w:rsidR="00D33632">
        <w:rPr>
          <w:rFonts w:ascii="Aptos" w:hAnsi="Aptos"/>
          <w:sz w:val="28"/>
          <w:szCs w:val="28"/>
        </w:rPr>
        <w:t xml:space="preserve"> </w:t>
      </w:r>
      <w:r w:rsidR="00134F67">
        <w:rPr>
          <w:rFonts w:ascii="Aptos" w:hAnsi="Aptos"/>
          <w:sz w:val="28"/>
          <w:szCs w:val="28"/>
        </w:rPr>
        <w:t xml:space="preserve">lever </w:t>
      </w:r>
      <w:proofErr w:type="spellStart"/>
      <w:r w:rsidR="00134F67">
        <w:rPr>
          <w:rFonts w:ascii="Aptos" w:hAnsi="Aptos"/>
          <w:sz w:val="28"/>
          <w:szCs w:val="28"/>
        </w:rPr>
        <w:t>dit</w:t>
      </w:r>
      <w:proofErr w:type="spellEnd"/>
      <w:r w:rsidR="00134F67">
        <w:rPr>
          <w:rFonts w:ascii="Aptos" w:hAnsi="Aptos"/>
          <w:sz w:val="28"/>
          <w:szCs w:val="28"/>
        </w:rPr>
        <w:t xml:space="preserve"> in </w:t>
      </w:r>
      <w:proofErr w:type="spellStart"/>
      <w:r w:rsidR="00134F67">
        <w:rPr>
          <w:rFonts w:ascii="Aptos" w:hAnsi="Aptos"/>
          <w:sz w:val="28"/>
          <w:szCs w:val="28"/>
        </w:rPr>
        <w:t>bij</w:t>
      </w:r>
      <w:proofErr w:type="spellEnd"/>
      <w:r w:rsidR="00134F67">
        <w:rPr>
          <w:rFonts w:ascii="Aptos" w:hAnsi="Aptos"/>
          <w:sz w:val="28"/>
          <w:szCs w:val="28"/>
        </w:rPr>
        <w:t xml:space="preserve"> je docent. </w:t>
      </w:r>
    </w:p>
    <w:p w14:paraId="2C875748" w14:textId="39E80190" w:rsidR="00F03803" w:rsidRPr="00134F67" w:rsidRDefault="00F03803">
      <w:pPr>
        <w:rPr>
          <w:rFonts w:ascii="Aptos" w:hAnsi="Aptos"/>
          <w:sz w:val="28"/>
          <w:szCs w:val="28"/>
        </w:rPr>
      </w:pPr>
    </w:p>
    <w:sectPr w:rsidR="00F03803" w:rsidRPr="00134F67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6748871">
    <w:abstractNumId w:val="8"/>
  </w:num>
  <w:num w:numId="2" w16cid:durableId="1940601547">
    <w:abstractNumId w:val="6"/>
  </w:num>
  <w:num w:numId="3" w16cid:durableId="1761944020">
    <w:abstractNumId w:val="5"/>
  </w:num>
  <w:num w:numId="4" w16cid:durableId="1204176845">
    <w:abstractNumId w:val="4"/>
  </w:num>
  <w:num w:numId="5" w16cid:durableId="350961817">
    <w:abstractNumId w:val="7"/>
  </w:num>
  <w:num w:numId="6" w16cid:durableId="1471050497">
    <w:abstractNumId w:val="3"/>
  </w:num>
  <w:num w:numId="7" w16cid:durableId="371659872">
    <w:abstractNumId w:val="2"/>
  </w:num>
  <w:num w:numId="8" w16cid:durableId="548999832">
    <w:abstractNumId w:val="1"/>
  </w:num>
  <w:num w:numId="9" w16cid:durableId="1372804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4F67"/>
    <w:rsid w:val="0015074B"/>
    <w:rsid w:val="0029639D"/>
    <w:rsid w:val="00326F90"/>
    <w:rsid w:val="00676E48"/>
    <w:rsid w:val="008401D9"/>
    <w:rsid w:val="00AA1D8D"/>
    <w:rsid w:val="00B47730"/>
    <w:rsid w:val="00CB0664"/>
    <w:rsid w:val="00D33632"/>
    <w:rsid w:val="00F03803"/>
    <w:rsid w:val="00F977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360E82"/>
  <w14:defaultImageDpi w14:val="300"/>
  <w15:docId w15:val="{6337263D-60AC-438D-B55F-5814B3528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Arial" w:hAnsi="Arial"/>
      <w:sz w:val="21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259</Words>
  <Characters>1932</Characters>
  <Application>Microsoft Office Word</Application>
  <DocSecurity>0</DocSecurity>
  <Lines>55</Lines>
  <Paragraphs>56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Johanne Bree</cp:lastModifiedBy>
  <cp:revision>2</cp:revision>
  <dcterms:created xsi:type="dcterms:W3CDTF">2026-09-09T08:02:00Z</dcterms:created>
  <dcterms:modified xsi:type="dcterms:W3CDTF">2026-09-09T08:02:00Z</dcterms:modified>
  <cp:category/>
</cp:coreProperties>
</file>