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8337" w14:textId="77777777" w:rsidR="00BC5697" w:rsidRDefault="00000000" w:rsidP="007B2A9D">
      <w:r w:rsidRPr="007B2A9D">
        <w:rPr>
          <w:rFonts w:ascii="Aptos" w:hAnsi="Aptos"/>
          <w:b/>
          <w:sz w:val="36"/>
        </w:rPr>
        <w:t>Schrijfopdracht: het weer in Nederland</w:t>
      </w:r>
      <w:r>
        <w:rPr>
          <w:b/>
          <w:sz w:val="36"/>
        </w:rPr>
        <w:t xml:space="preserve"> 🍂</w:t>
      </w:r>
    </w:p>
    <w:p w14:paraId="2CD6B1F8" w14:textId="07658E22" w:rsidR="00BC5697" w:rsidRDefault="00BC5697">
      <w:pPr>
        <w:jc w:val="center"/>
      </w:pPr>
    </w:p>
    <w:p w14:paraId="43763A88" w14:textId="77E599BB" w:rsidR="00BC5697" w:rsidRPr="00710C14" w:rsidRDefault="007B2A9D">
      <w:pPr>
        <w:spacing w:before="160" w:after="80"/>
        <w:rPr>
          <w:rFonts w:ascii="Aptos" w:hAnsi="Aptos"/>
          <w:color w:val="4F81BD" w:themeColor="accent1"/>
          <w:sz w:val="32"/>
          <w:szCs w:val="32"/>
        </w:rPr>
      </w:pPr>
      <w:r w:rsidRPr="00710C14">
        <w:rPr>
          <w:rFonts w:ascii="Aptos" w:hAnsi="Aptos"/>
          <w:b/>
          <w:color w:val="4F81BD" w:themeColor="accent1"/>
          <w:sz w:val="32"/>
          <w:szCs w:val="32"/>
        </w:rPr>
        <w:t xml:space="preserve">De </w:t>
      </w:r>
      <w:r w:rsidR="002613EA" w:rsidRPr="00710C14">
        <w:rPr>
          <w:rFonts w:ascii="Aptos" w:hAnsi="Aptos"/>
          <w:b/>
          <w:color w:val="4F81BD" w:themeColor="accent1"/>
          <w:sz w:val="32"/>
          <w:szCs w:val="32"/>
        </w:rPr>
        <w:t>s</w:t>
      </w:r>
      <w:r w:rsidR="000F56DF" w:rsidRPr="00710C14">
        <w:rPr>
          <w:rFonts w:ascii="Aptos" w:hAnsi="Aptos"/>
          <w:b/>
          <w:color w:val="4F81BD" w:themeColor="accent1"/>
          <w:sz w:val="32"/>
          <w:szCs w:val="32"/>
        </w:rPr>
        <w:t>ituatie</w:t>
      </w:r>
    </w:p>
    <w:p w14:paraId="29B0392B" w14:textId="677EAA16" w:rsidR="00BC5697" w:rsidRPr="000F56DF" w:rsidRDefault="00000000">
      <w:pPr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 xml:space="preserve">Je hebt een vriend die in een ander land woont. Je stuurt een app over het weer in Nederland. </w:t>
      </w:r>
      <w:r w:rsidR="000F56DF">
        <w:rPr>
          <w:rFonts w:ascii="Aptos" w:hAnsi="Aptos"/>
          <w:sz w:val="28"/>
          <w:szCs w:val="28"/>
        </w:rPr>
        <w:br/>
      </w:r>
      <w:r w:rsidRPr="000F56DF">
        <w:rPr>
          <w:rFonts w:ascii="Aptos" w:hAnsi="Aptos"/>
          <w:sz w:val="28"/>
          <w:szCs w:val="28"/>
        </w:rPr>
        <w:t xml:space="preserve">Je vertelt hoe het weer vandaag is, welke temperatuur het ongeveer is, wat je vandaag doet, wat je van het weer vindt en hoe het weer de </w:t>
      </w:r>
      <w:proofErr w:type="spellStart"/>
      <w:r w:rsidRPr="000F56DF">
        <w:rPr>
          <w:rFonts w:ascii="Aptos" w:hAnsi="Aptos"/>
          <w:sz w:val="28"/>
          <w:szCs w:val="28"/>
        </w:rPr>
        <w:t>komende</w:t>
      </w:r>
      <w:proofErr w:type="spellEnd"/>
      <w:r w:rsidRPr="000F56DF">
        <w:rPr>
          <w:rFonts w:ascii="Aptos" w:hAnsi="Aptos"/>
          <w:sz w:val="28"/>
          <w:szCs w:val="28"/>
        </w:rPr>
        <w:t xml:space="preserve"> </w:t>
      </w:r>
      <w:proofErr w:type="spellStart"/>
      <w:r w:rsidRPr="000F56DF">
        <w:rPr>
          <w:rFonts w:ascii="Aptos" w:hAnsi="Aptos"/>
          <w:sz w:val="28"/>
          <w:szCs w:val="28"/>
        </w:rPr>
        <w:t>dagen</w:t>
      </w:r>
      <w:proofErr w:type="spellEnd"/>
      <w:r w:rsidRPr="000F56DF">
        <w:rPr>
          <w:rFonts w:ascii="Aptos" w:hAnsi="Aptos"/>
          <w:sz w:val="28"/>
          <w:szCs w:val="28"/>
        </w:rPr>
        <w:t xml:space="preserve"> </w:t>
      </w:r>
      <w:proofErr w:type="spellStart"/>
      <w:r w:rsidRPr="000F56DF">
        <w:rPr>
          <w:rFonts w:ascii="Aptos" w:hAnsi="Aptos"/>
          <w:sz w:val="28"/>
          <w:szCs w:val="28"/>
        </w:rPr>
        <w:t>misschien</w:t>
      </w:r>
      <w:proofErr w:type="spellEnd"/>
      <w:r w:rsidRPr="000F56DF">
        <w:rPr>
          <w:rFonts w:ascii="Aptos" w:hAnsi="Aptos"/>
          <w:sz w:val="28"/>
          <w:szCs w:val="28"/>
        </w:rPr>
        <w:t xml:space="preserve"> wordt.</w:t>
      </w:r>
      <w:r w:rsidR="008B2495">
        <w:rPr>
          <w:rFonts w:ascii="Aptos" w:hAnsi="Aptos"/>
          <w:sz w:val="28"/>
          <w:szCs w:val="28"/>
        </w:rPr>
        <w:br/>
        <w:t xml:space="preserve">Je wilt </w:t>
      </w:r>
      <w:proofErr w:type="spellStart"/>
      <w:r w:rsidR="008B2495">
        <w:rPr>
          <w:rFonts w:ascii="Aptos" w:hAnsi="Aptos"/>
          <w:sz w:val="28"/>
          <w:szCs w:val="28"/>
        </w:rPr>
        <w:t>ook</w:t>
      </w:r>
      <w:proofErr w:type="spellEnd"/>
      <w:r w:rsidR="008B2495">
        <w:rPr>
          <w:rFonts w:ascii="Aptos" w:hAnsi="Aptos"/>
          <w:sz w:val="28"/>
          <w:szCs w:val="28"/>
        </w:rPr>
        <w:t xml:space="preserve"> </w:t>
      </w:r>
      <w:proofErr w:type="spellStart"/>
      <w:r w:rsidR="008B2495">
        <w:rPr>
          <w:rFonts w:ascii="Aptos" w:hAnsi="Aptos"/>
          <w:sz w:val="28"/>
          <w:szCs w:val="28"/>
        </w:rPr>
        <w:t>weten</w:t>
      </w:r>
      <w:proofErr w:type="spellEnd"/>
      <w:r w:rsidR="008B2495">
        <w:rPr>
          <w:rFonts w:ascii="Aptos" w:hAnsi="Aptos"/>
          <w:sz w:val="28"/>
          <w:szCs w:val="28"/>
        </w:rPr>
        <w:t xml:space="preserve"> hoe het weer </w:t>
      </w:r>
      <w:proofErr w:type="spellStart"/>
      <w:r w:rsidR="008B2495">
        <w:rPr>
          <w:rFonts w:ascii="Aptos" w:hAnsi="Aptos"/>
          <w:sz w:val="28"/>
          <w:szCs w:val="28"/>
        </w:rPr>
        <w:t>bij</w:t>
      </w:r>
      <w:proofErr w:type="spellEnd"/>
      <w:r w:rsidR="008B2495">
        <w:rPr>
          <w:rFonts w:ascii="Aptos" w:hAnsi="Aptos"/>
          <w:sz w:val="28"/>
          <w:szCs w:val="28"/>
        </w:rPr>
        <w:t xml:space="preserve"> je vriend is. </w:t>
      </w:r>
    </w:p>
    <w:p w14:paraId="688DDE37" w14:textId="77777777" w:rsidR="00BC5697" w:rsidRPr="00710C14" w:rsidRDefault="00000000">
      <w:pPr>
        <w:rPr>
          <w:rFonts w:ascii="Aptos" w:hAnsi="Aptos"/>
          <w:bCs/>
          <w:sz w:val="28"/>
          <w:szCs w:val="28"/>
        </w:rPr>
      </w:pPr>
      <w:r w:rsidRPr="00710C14">
        <w:rPr>
          <w:rFonts w:ascii="Aptos" w:hAnsi="Aptos"/>
          <w:bCs/>
          <w:sz w:val="28"/>
          <w:szCs w:val="28"/>
        </w:rPr>
        <w:t>Schrijf ongeveer 60–80 woorden.</w:t>
      </w:r>
    </w:p>
    <w:p w14:paraId="2592DBA5" w14:textId="594081E2" w:rsidR="00BC5697" w:rsidRPr="002F764F" w:rsidRDefault="002F764F">
      <w:pPr>
        <w:spacing w:before="160" w:after="80"/>
        <w:rPr>
          <w:rFonts w:ascii="Aptos" w:hAnsi="Aptos"/>
          <w:color w:val="4F81BD" w:themeColor="accent1"/>
          <w:sz w:val="32"/>
          <w:szCs w:val="32"/>
          <w:u w:val="single"/>
        </w:rPr>
      </w:pP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Stap 1 - Oefenen</w:t>
      </w:r>
    </w:p>
    <w:p w14:paraId="0E00FF7E" w14:textId="00155829" w:rsidR="00BC5697" w:rsidRPr="000F56DF" w:rsidRDefault="000F56D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Geef antwoord op</w:t>
      </w:r>
      <w:r w:rsidR="00000000" w:rsidRPr="000F56DF">
        <w:rPr>
          <w:rFonts w:ascii="Aptos" w:hAnsi="Aptos"/>
          <w:sz w:val="28"/>
          <w:szCs w:val="28"/>
        </w:rPr>
        <w:t xml:space="preserve"> de vragen. </w:t>
      </w:r>
      <w:r>
        <w:rPr>
          <w:rFonts w:ascii="Aptos" w:hAnsi="Aptos"/>
          <w:sz w:val="28"/>
          <w:szCs w:val="28"/>
        </w:rPr>
        <w:br/>
      </w:r>
      <w:r w:rsidR="00000000" w:rsidRPr="000F56DF">
        <w:rPr>
          <w:rFonts w:ascii="Aptos" w:hAnsi="Aptos"/>
          <w:sz w:val="28"/>
          <w:szCs w:val="28"/>
        </w:rPr>
        <w:t>Je mag losse woorden of korte zinnen schrijven.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6848"/>
      </w:tblGrid>
      <w:tr w:rsidR="00BC5697" w:rsidRPr="000F56DF" w14:paraId="78CF9A00" w14:textId="77777777" w:rsidTr="000F56DF">
        <w:trPr>
          <w:jc w:val="center"/>
        </w:trPr>
        <w:tc>
          <w:tcPr>
            <w:tcW w:w="3794" w:type="dxa"/>
          </w:tcPr>
          <w:p w14:paraId="5756413D" w14:textId="77777777" w:rsidR="00BC5697" w:rsidRPr="000F56DF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sz w:val="28"/>
                <w:szCs w:val="28"/>
              </w:rPr>
              <w:t>Aan wie schrijf je?</w:t>
            </w:r>
          </w:p>
        </w:tc>
        <w:tc>
          <w:tcPr>
            <w:tcW w:w="6848" w:type="dxa"/>
          </w:tcPr>
          <w:p w14:paraId="713AD420" w14:textId="77777777" w:rsidR="00BC5697" w:rsidRDefault="00BC5697">
            <w:pPr>
              <w:rPr>
                <w:rFonts w:ascii="Aptos" w:hAnsi="Aptos"/>
                <w:sz w:val="28"/>
                <w:szCs w:val="28"/>
              </w:rPr>
            </w:pPr>
          </w:p>
          <w:p w14:paraId="2311B168" w14:textId="4E5B0E82" w:rsidR="000F56DF" w:rsidRPr="000F56DF" w:rsidRDefault="000F56DF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BC5697" w:rsidRPr="000F56DF" w14:paraId="74EC6506" w14:textId="77777777" w:rsidTr="000F56DF">
        <w:trPr>
          <w:jc w:val="center"/>
        </w:trPr>
        <w:tc>
          <w:tcPr>
            <w:tcW w:w="3794" w:type="dxa"/>
          </w:tcPr>
          <w:p w14:paraId="11A24A7B" w14:textId="77777777" w:rsidR="00BC5697" w:rsidRDefault="00000000">
            <w:pPr>
              <w:rPr>
                <w:rFonts w:ascii="Aptos" w:hAnsi="Aptos"/>
                <w:sz w:val="28"/>
                <w:szCs w:val="28"/>
              </w:rPr>
            </w:pPr>
            <w:proofErr w:type="gramStart"/>
            <w:r w:rsidRPr="000F56DF">
              <w:rPr>
                <w:rFonts w:ascii="Aptos" w:hAnsi="Aptos"/>
                <w:sz w:val="28"/>
                <w:szCs w:val="28"/>
              </w:rPr>
              <w:t>Hoe</w:t>
            </w:r>
            <w:proofErr w:type="gramEnd"/>
            <w:r w:rsidRPr="000F56DF">
              <w:rPr>
                <w:rFonts w:ascii="Aptos" w:hAnsi="Aptos"/>
                <w:sz w:val="28"/>
                <w:szCs w:val="28"/>
              </w:rPr>
              <w:t xml:space="preserve"> is het weer vandaag?</w:t>
            </w:r>
          </w:p>
          <w:p w14:paraId="4F53ED2E" w14:textId="77777777" w:rsidR="000F56DF" w:rsidRPr="000F56DF" w:rsidRDefault="000F56DF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6848" w:type="dxa"/>
          </w:tcPr>
          <w:p w14:paraId="61BEEF3A" w14:textId="09017502" w:rsidR="00BC5697" w:rsidRPr="000F56DF" w:rsidRDefault="00BC5697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BC5697" w:rsidRPr="000F56DF" w14:paraId="5488BC49" w14:textId="77777777" w:rsidTr="000F56DF">
        <w:trPr>
          <w:jc w:val="center"/>
        </w:trPr>
        <w:tc>
          <w:tcPr>
            <w:tcW w:w="3794" w:type="dxa"/>
          </w:tcPr>
          <w:p w14:paraId="739EE903" w14:textId="77777777" w:rsidR="00BC5697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sz w:val="28"/>
                <w:szCs w:val="28"/>
              </w:rPr>
              <w:t>Hoe warm/</w:t>
            </w:r>
            <w:proofErr w:type="spellStart"/>
            <w:r w:rsidRPr="000F56DF">
              <w:rPr>
                <w:rFonts w:ascii="Aptos" w:hAnsi="Aptos"/>
                <w:sz w:val="28"/>
                <w:szCs w:val="28"/>
              </w:rPr>
              <w:t>koud</w:t>
            </w:r>
            <w:proofErr w:type="spellEnd"/>
            <w:r w:rsidRPr="000F56DF">
              <w:rPr>
                <w:rFonts w:ascii="Aptos" w:hAnsi="Aptos"/>
                <w:sz w:val="28"/>
                <w:szCs w:val="28"/>
              </w:rPr>
              <w:t xml:space="preserve"> is het?</w:t>
            </w:r>
          </w:p>
          <w:p w14:paraId="2BEC9908" w14:textId="77777777" w:rsidR="000F56DF" w:rsidRPr="000F56DF" w:rsidRDefault="000F56DF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6848" w:type="dxa"/>
          </w:tcPr>
          <w:p w14:paraId="2EB79981" w14:textId="663C363D" w:rsidR="00BC5697" w:rsidRPr="000F56DF" w:rsidRDefault="00BC5697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BC5697" w:rsidRPr="000F56DF" w14:paraId="4C96AA0B" w14:textId="77777777" w:rsidTr="000F56DF">
        <w:trPr>
          <w:jc w:val="center"/>
        </w:trPr>
        <w:tc>
          <w:tcPr>
            <w:tcW w:w="3794" w:type="dxa"/>
          </w:tcPr>
          <w:p w14:paraId="5D1C1AE8" w14:textId="77777777" w:rsidR="00BC5697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sz w:val="28"/>
                <w:szCs w:val="28"/>
              </w:rPr>
              <w:t>Wat doe je vandaag?</w:t>
            </w:r>
          </w:p>
          <w:p w14:paraId="1CAC0EDE" w14:textId="77777777" w:rsidR="000F56DF" w:rsidRPr="000F56DF" w:rsidRDefault="000F56DF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6848" w:type="dxa"/>
          </w:tcPr>
          <w:p w14:paraId="0FC32608" w14:textId="4CFC8BEB" w:rsidR="00BC5697" w:rsidRPr="000F56DF" w:rsidRDefault="00BC5697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BC5697" w:rsidRPr="000F56DF" w14:paraId="0FAE1589" w14:textId="77777777" w:rsidTr="000F56DF">
        <w:trPr>
          <w:jc w:val="center"/>
        </w:trPr>
        <w:tc>
          <w:tcPr>
            <w:tcW w:w="3794" w:type="dxa"/>
          </w:tcPr>
          <w:p w14:paraId="512D77BB" w14:textId="77777777" w:rsidR="00BC5697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sz w:val="28"/>
                <w:szCs w:val="28"/>
              </w:rPr>
              <w:t>Wat vind je van het weer?</w:t>
            </w:r>
          </w:p>
          <w:p w14:paraId="4B06371F" w14:textId="77777777" w:rsidR="000F56DF" w:rsidRPr="000F56DF" w:rsidRDefault="000F56DF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6848" w:type="dxa"/>
          </w:tcPr>
          <w:p w14:paraId="487D72E8" w14:textId="6E6D8C5D" w:rsidR="00BC5697" w:rsidRPr="000F56DF" w:rsidRDefault="00BC5697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BC5697" w:rsidRPr="000F56DF" w14:paraId="0ED4B081" w14:textId="77777777" w:rsidTr="000F56DF">
        <w:trPr>
          <w:jc w:val="center"/>
        </w:trPr>
        <w:tc>
          <w:tcPr>
            <w:tcW w:w="3794" w:type="dxa"/>
          </w:tcPr>
          <w:p w14:paraId="247CE7C9" w14:textId="5D1E0843" w:rsidR="000F56DF" w:rsidRPr="000F56DF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sz w:val="28"/>
                <w:szCs w:val="28"/>
              </w:rPr>
              <w:t xml:space="preserve">Hoe wordt het weer de </w:t>
            </w:r>
            <w:proofErr w:type="spellStart"/>
            <w:r w:rsidRPr="000F56DF">
              <w:rPr>
                <w:rFonts w:ascii="Aptos" w:hAnsi="Aptos"/>
                <w:sz w:val="28"/>
                <w:szCs w:val="28"/>
              </w:rPr>
              <w:t>komende</w:t>
            </w:r>
            <w:proofErr w:type="spellEnd"/>
            <w:r w:rsidRPr="000F56DF">
              <w:rPr>
                <w:rFonts w:ascii="Aptos" w:hAnsi="Aptos"/>
                <w:sz w:val="28"/>
                <w:szCs w:val="28"/>
              </w:rPr>
              <w:t xml:space="preserve"> </w:t>
            </w:r>
            <w:proofErr w:type="spellStart"/>
            <w:r w:rsidRPr="000F56DF">
              <w:rPr>
                <w:rFonts w:ascii="Aptos" w:hAnsi="Aptos"/>
                <w:sz w:val="28"/>
                <w:szCs w:val="28"/>
              </w:rPr>
              <w:t>dagen</w:t>
            </w:r>
            <w:proofErr w:type="spellEnd"/>
            <w:r w:rsidRPr="000F56DF">
              <w:rPr>
                <w:rFonts w:ascii="Aptos" w:hAnsi="Aptos"/>
                <w:sz w:val="28"/>
                <w:szCs w:val="28"/>
              </w:rPr>
              <w:t>?</w:t>
            </w:r>
          </w:p>
        </w:tc>
        <w:tc>
          <w:tcPr>
            <w:tcW w:w="6848" w:type="dxa"/>
          </w:tcPr>
          <w:p w14:paraId="66D4DAA4" w14:textId="20EECB81" w:rsidR="00BC5697" w:rsidRPr="000F56DF" w:rsidRDefault="00BC5697">
            <w:pPr>
              <w:rPr>
                <w:rFonts w:ascii="Aptos" w:hAnsi="Aptos"/>
                <w:sz w:val="28"/>
                <w:szCs w:val="28"/>
              </w:rPr>
            </w:pPr>
          </w:p>
        </w:tc>
      </w:tr>
    </w:tbl>
    <w:p w14:paraId="221A349B" w14:textId="3E51D722" w:rsidR="00BC5697" w:rsidRPr="000F56DF" w:rsidRDefault="00BC5697">
      <w:pPr>
        <w:spacing w:after="40"/>
        <w:rPr>
          <w:rFonts w:ascii="Aptos" w:hAnsi="Aptos"/>
          <w:sz w:val="28"/>
          <w:szCs w:val="28"/>
        </w:rPr>
      </w:pPr>
    </w:p>
    <w:p w14:paraId="6260E530" w14:textId="7367863F" w:rsidR="00BC5697" w:rsidRPr="00A24F66" w:rsidRDefault="00000000">
      <w:pPr>
        <w:spacing w:before="160" w:after="80"/>
        <w:rPr>
          <w:rFonts w:ascii="Aptos" w:hAnsi="Aptos"/>
          <w:bCs/>
          <w:sz w:val="28"/>
          <w:szCs w:val="28"/>
        </w:rPr>
      </w:pPr>
      <w:r w:rsidRPr="00A24F66">
        <w:rPr>
          <w:rFonts w:ascii="Aptos" w:hAnsi="Aptos"/>
          <w:bCs/>
          <w:sz w:val="28"/>
          <w:szCs w:val="28"/>
        </w:rPr>
        <w:t xml:space="preserve">Mijn </w:t>
      </w:r>
      <w:proofErr w:type="spellStart"/>
      <w:r w:rsidR="000F56DF" w:rsidRPr="00A24F66">
        <w:rPr>
          <w:rFonts w:ascii="Aptos" w:hAnsi="Aptos"/>
          <w:bCs/>
          <w:sz w:val="28"/>
          <w:szCs w:val="28"/>
        </w:rPr>
        <w:t>oefen</w:t>
      </w:r>
      <w:r w:rsidR="00A24F66" w:rsidRPr="00A24F66">
        <w:rPr>
          <w:rFonts w:ascii="Aptos" w:hAnsi="Aptos"/>
          <w:bCs/>
          <w:sz w:val="28"/>
          <w:szCs w:val="28"/>
        </w:rPr>
        <w:t>app</w:t>
      </w:r>
      <w:proofErr w:type="spellEnd"/>
    </w:p>
    <w:p w14:paraId="3A455C32" w14:textId="373A0495" w:rsidR="00BC5697" w:rsidRPr="000F56DF" w:rsidRDefault="00000000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11EECA60" w14:textId="08C521D5" w:rsidR="00BC5697" w:rsidRPr="000F56DF" w:rsidRDefault="00000000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10D6810C" w14:textId="7C37CE65" w:rsidR="00BC5697" w:rsidRPr="000F56DF" w:rsidRDefault="00000000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1021575E" w14:textId="122B758E" w:rsidR="00BC5697" w:rsidRPr="000F56DF" w:rsidRDefault="00000000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6A2178DA" w14:textId="0BA33618" w:rsidR="00BC5697" w:rsidRPr="000F56DF" w:rsidRDefault="00000000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</w:t>
      </w:r>
    </w:p>
    <w:p w14:paraId="21263CE2" w14:textId="5357C70C" w:rsidR="00BC5697" w:rsidRPr="000F56DF" w:rsidRDefault="00000000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52FA5CFA" w14:textId="24EF2A39" w:rsidR="00BC5697" w:rsidRDefault="00000000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75221572" w14:textId="77777777" w:rsidR="000F56DF" w:rsidRPr="000F56DF" w:rsidRDefault="000F56DF" w:rsidP="000F56DF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lastRenderedPageBreak/>
        <w:t>________________________________________________________________________________</w:t>
      </w:r>
    </w:p>
    <w:p w14:paraId="379DA1B6" w14:textId="77777777" w:rsidR="000F56DF" w:rsidRPr="000F56DF" w:rsidRDefault="000F56DF" w:rsidP="000F56DF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</w:t>
      </w:r>
    </w:p>
    <w:p w14:paraId="3551A127" w14:textId="77777777" w:rsidR="000F56DF" w:rsidRPr="000F56DF" w:rsidRDefault="000F56DF" w:rsidP="000F56DF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06161FB5" w14:textId="464676CB" w:rsidR="000F56DF" w:rsidRPr="000F56DF" w:rsidRDefault="000F56DF" w:rsidP="000F56DF">
      <w:pPr>
        <w:spacing w:after="2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69CDC978" w14:textId="1DBEAE63" w:rsidR="00BC5697" w:rsidRPr="00B66D69" w:rsidRDefault="00B66D69">
      <w:pPr>
        <w:spacing w:before="160" w:after="80"/>
        <w:rPr>
          <w:rFonts w:ascii="Aptos" w:hAnsi="Aptos"/>
          <w:b/>
          <w:color w:val="4F81BD" w:themeColor="accent1"/>
          <w:sz w:val="32"/>
          <w:szCs w:val="32"/>
          <w:u w:val="single"/>
        </w:rPr>
      </w:pP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Stap 1b – </w:t>
      </w:r>
      <w:proofErr w:type="spellStart"/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Controleer</w:t>
      </w:r>
      <w:proofErr w:type="spellEnd"/>
    </w:p>
    <w:p w14:paraId="16B6FAF4" w14:textId="738CE3C2" w:rsidR="00BC5697" w:rsidRPr="000F56DF" w:rsidRDefault="00000000">
      <w:pPr>
        <w:rPr>
          <w:rFonts w:ascii="Aptos" w:hAnsi="Aptos"/>
          <w:sz w:val="28"/>
          <w:szCs w:val="28"/>
        </w:rPr>
      </w:pPr>
      <w:proofErr w:type="spellStart"/>
      <w:r w:rsidRPr="000F56DF">
        <w:rPr>
          <w:rFonts w:ascii="Aptos" w:hAnsi="Aptos"/>
          <w:sz w:val="28"/>
          <w:szCs w:val="28"/>
        </w:rPr>
        <w:t>Kijk</w:t>
      </w:r>
      <w:proofErr w:type="spellEnd"/>
      <w:r w:rsidRPr="000F56DF">
        <w:rPr>
          <w:rFonts w:ascii="Aptos" w:hAnsi="Aptos"/>
          <w:sz w:val="28"/>
          <w:szCs w:val="28"/>
        </w:rPr>
        <w:t xml:space="preserve"> je </w:t>
      </w:r>
      <w:proofErr w:type="spellStart"/>
      <w:r w:rsidR="000F56DF">
        <w:rPr>
          <w:rFonts w:ascii="Aptos" w:hAnsi="Aptos"/>
          <w:sz w:val="28"/>
          <w:szCs w:val="28"/>
        </w:rPr>
        <w:t>oefenbericht</w:t>
      </w:r>
      <w:proofErr w:type="spellEnd"/>
      <w:r w:rsidR="000F56DF">
        <w:rPr>
          <w:rFonts w:ascii="Aptos" w:hAnsi="Aptos"/>
          <w:sz w:val="28"/>
          <w:szCs w:val="28"/>
        </w:rPr>
        <w:t xml:space="preserve"> </w:t>
      </w:r>
      <w:proofErr w:type="spellStart"/>
      <w:r w:rsidR="00B66D69">
        <w:rPr>
          <w:rFonts w:ascii="Aptos" w:hAnsi="Aptos"/>
          <w:sz w:val="28"/>
          <w:szCs w:val="28"/>
        </w:rPr>
        <w:t>goed</w:t>
      </w:r>
      <w:proofErr w:type="spellEnd"/>
      <w:r w:rsidR="00B66D69">
        <w:rPr>
          <w:rFonts w:ascii="Aptos" w:hAnsi="Aptos"/>
          <w:sz w:val="28"/>
          <w:szCs w:val="28"/>
        </w:rPr>
        <w:t xml:space="preserve"> </w:t>
      </w:r>
      <w:proofErr w:type="spellStart"/>
      <w:r w:rsidRPr="000F56DF">
        <w:rPr>
          <w:rFonts w:ascii="Aptos" w:hAnsi="Aptos"/>
          <w:sz w:val="28"/>
          <w:szCs w:val="28"/>
        </w:rPr>
        <w:t>na.</w:t>
      </w:r>
      <w:proofErr w:type="spellEnd"/>
      <w:r w:rsidRPr="000F56DF">
        <w:rPr>
          <w:rFonts w:ascii="Aptos" w:hAnsi="Aptos"/>
          <w:sz w:val="28"/>
          <w:szCs w:val="28"/>
        </w:rPr>
        <w:t xml:space="preserve"> </w:t>
      </w:r>
      <w:r w:rsidR="00B66D69">
        <w:rPr>
          <w:rFonts w:ascii="Aptos" w:hAnsi="Aptos"/>
          <w:sz w:val="28"/>
          <w:szCs w:val="28"/>
        </w:rPr>
        <w:br/>
      </w:r>
      <w:r w:rsidRPr="000F56DF">
        <w:rPr>
          <w:rFonts w:ascii="Aptos" w:hAnsi="Aptos"/>
          <w:sz w:val="28"/>
          <w:szCs w:val="28"/>
        </w:rPr>
        <w:t xml:space="preserve">Staat </w:t>
      </w:r>
      <w:proofErr w:type="spellStart"/>
      <w:r w:rsidRPr="000F56DF">
        <w:rPr>
          <w:rFonts w:ascii="Aptos" w:hAnsi="Aptos"/>
          <w:sz w:val="28"/>
          <w:szCs w:val="28"/>
        </w:rPr>
        <w:t>alles</w:t>
      </w:r>
      <w:proofErr w:type="spellEnd"/>
      <w:r w:rsidRPr="000F56DF">
        <w:rPr>
          <w:rFonts w:ascii="Aptos" w:hAnsi="Aptos"/>
          <w:sz w:val="28"/>
          <w:szCs w:val="28"/>
        </w:rPr>
        <w:t xml:space="preserve"> </w:t>
      </w:r>
      <w:proofErr w:type="spellStart"/>
      <w:r w:rsidRPr="000F56DF">
        <w:rPr>
          <w:rFonts w:ascii="Aptos" w:hAnsi="Aptos"/>
          <w:sz w:val="28"/>
          <w:szCs w:val="28"/>
        </w:rPr>
        <w:t>erin</w:t>
      </w:r>
      <w:proofErr w:type="spellEnd"/>
      <w:r w:rsidRPr="000F56DF">
        <w:rPr>
          <w:rFonts w:ascii="Aptos" w:hAnsi="Aptos"/>
          <w:sz w:val="28"/>
          <w:szCs w:val="28"/>
        </w:rPr>
        <w:t xml:space="preserve">? Zet een </w:t>
      </w:r>
      <w:proofErr w:type="spellStart"/>
      <w:r w:rsidR="00B66D69">
        <w:rPr>
          <w:rFonts w:ascii="Aptos" w:hAnsi="Aptos"/>
          <w:sz w:val="28"/>
          <w:szCs w:val="28"/>
        </w:rPr>
        <w:t>kruisje</w:t>
      </w:r>
      <w:proofErr w:type="spellEnd"/>
      <w:r w:rsidR="00B66D69">
        <w:rPr>
          <w:rFonts w:ascii="Aptos" w:hAnsi="Aptos"/>
          <w:sz w:val="28"/>
          <w:szCs w:val="28"/>
        </w:rPr>
        <w:t>.</w:t>
      </w:r>
    </w:p>
    <w:p w14:paraId="04C62DDF" w14:textId="77777777" w:rsidR="00BC5697" w:rsidRPr="000F56DF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☐ Ik schrijf aan een vriend(in).</w:t>
      </w:r>
    </w:p>
    <w:p w14:paraId="41DA8593" w14:textId="77777777" w:rsidR="00BC5697" w:rsidRPr="000F56DF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☐ Ik vertel hoe het weer vandaag is.</w:t>
      </w:r>
    </w:p>
    <w:p w14:paraId="77432FC4" w14:textId="77777777" w:rsidR="00BC5697" w:rsidRPr="000F56DF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☐ Ik vertel hoeveel graden het ongeveer is.</w:t>
      </w:r>
    </w:p>
    <w:p w14:paraId="678C6A76" w14:textId="77777777" w:rsidR="00BC5697" w:rsidRPr="000F56DF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☐ Ik vertel wat ik vandaag doe.</w:t>
      </w:r>
    </w:p>
    <w:p w14:paraId="10DD1F3D" w14:textId="77777777" w:rsidR="00BC5697" w:rsidRPr="000F56DF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☐ Ik vertel wat ik van het weer vind.</w:t>
      </w:r>
    </w:p>
    <w:p w14:paraId="0E042FFE" w14:textId="77777777" w:rsidR="00BC5697" w:rsidRPr="000F56DF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☐ Ik vertel iets over het weer de komende dagen.</w:t>
      </w:r>
    </w:p>
    <w:p w14:paraId="51B1EC07" w14:textId="2C2EC810" w:rsidR="00BC5697" w:rsidRPr="000F56DF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 xml:space="preserve">☐ Ik </w:t>
      </w:r>
      <w:proofErr w:type="spellStart"/>
      <w:r w:rsidRPr="000F56DF">
        <w:rPr>
          <w:rFonts w:ascii="Aptos" w:hAnsi="Aptos"/>
          <w:sz w:val="28"/>
          <w:szCs w:val="28"/>
        </w:rPr>
        <w:t>stel</w:t>
      </w:r>
      <w:proofErr w:type="spellEnd"/>
      <w:r w:rsidRPr="000F56DF">
        <w:rPr>
          <w:rFonts w:ascii="Aptos" w:hAnsi="Aptos"/>
          <w:sz w:val="28"/>
          <w:szCs w:val="28"/>
        </w:rPr>
        <w:t xml:space="preserve"> </w:t>
      </w:r>
      <w:proofErr w:type="spellStart"/>
      <w:r w:rsidRPr="000F56DF">
        <w:rPr>
          <w:rFonts w:ascii="Aptos" w:hAnsi="Aptos"/>
          <w:sz w:val="28"/>
          <w:szCs w:val="28"/>
        </w:rPr>
        <w:t>mijn</w:t>
      </w:r>
      <w:proofErr w:type="spellEnd"/>
      <w:r w:rsidRPr="000F56DF">
        <w:rPr>
          <w:rFonts w:ascii="Aptos" w:hAnsi="Aptos"/>
          <w:sz w:val="28"/>
          <w:szCs w:val="28"/>
        </w:rPr>
        <w:t xml:space="preserve"> vriend</w:t>
      </w:r>
      <w:r w:rsidR="008B2495">
        <w:rPr>
          <w:rFonts w:ascii="Aptos" w:hAnsi="Aptos"/>
          <w:sz w:val="28"/>
          <w:szCs w:val="28"/>
        </w:rPr>
        <w:t xml:space="preserve"> </w:t>
      </w:r>
      <w:r w:rsidRPr="000F56DF">
        <w:rPr>
          <w:rFonts w:ascii="Aptos" w:hAnsi="Aptos"/>
          <w:sz w:val="28"/>
          <w:szCs w:val="28"/>
        </w:rPr>
        <w:t xml:space="preserve">een </w:t>
      </w:r>
      <w:proofErr w:type="spellStart"/>
      <w:r w:rsidRPr="000F56DF">
        <w:rPr>
          <w:rFonts w:ascii="Aptos" w:hAnsi="Aptos"/>
          <w:sz w:val="28"/>
          <w:szCs w:val="28"/>
        </w:rPr>
        <w:t>vraag</w:t>
      </w:r>
      <w:proofErr w:type="spellEnd"/>
      <w:r w:rsidRPr="000F56DF">
        <w:rPr>
          <w:rFonts w:ascii="Aptos" w:hAnsi="Aptos"/>
          <w:sz w:val="28"/>
          <w:szCs w:val="28"/>
        </w:rPr>
        <w:t xml:space="preserve"> over het weer.</w:t>
      </w:r>
    </w:p>
    <w:p w14:paraId="31B8B0B2" w14:textId="77777777" w:rsidR="00BC5697" w:rsidRPr="000F56DF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☐ Ik gebruik minstens 5 woorden over het weer.</w:t>
      </w:r>
    </w:p>
    <w:p w14:paraId="155F6293" w14:textId="77777777" w:rsidR="00BC5697" w:rsidRDefault="00000000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 xml:space="preserve">☐ Ik heb mijn kladbericht nog een </w:t>
      </w:r>
      <w:proofErr w:type="spellStart"/>
      <w:r w:rsidRPr="000F56DF">
        <w:rPr>
          <w:rFonts w:ascii="Aptos" w:hAnsi="Aptos"/>
          <w:sz w:val="28"/>
          <w:szCs w:val="28"/>
        </w:rPr>
        <w:t>keer</w:t>
      </w:r>
      <w:proofErr w:type="spellEnd"/>
      <w:r w:rsidRPr="000F56DF">
        <w:rPr>
          <w:rFonts w:ascii="Aptos" w:hAnsi="Aptos"/>
          <w:sz w:val="28"/>
          <w:szCs w:val="28"/>
        </w:rPr>
        <w:t xml:space="preserve"> </w:t>
      </w:r>
      <w:proofErr w:type="spellStart"/>
      <w:r w:rsidRPr="000F56DF">
        <w:rPr>
          <w:rFonts w:ascii="Aptos" w:hAnsi="Aptos"/>
          <w:sz w:val="28"/>
          <w:szCs w:val="28"/>
        </w:rPr>
        <w:t>gelezen</w:t>
      </w:r>
      <w:proofErr w:type="spellEnd"/>
      <w:r w:rsidRPr="000F56DF">
        <w:rPr>
          <w:rFonts w:ascii="Aptos" w:hAnsi="Aptos"/>
          <w:sz w:val="28"/>
          <w:szCs w:val="28"/>
        </w:rPr>
        <w:t>.</w:t>
      </w:r>
    </w:p>
    <w:p w14:paraId="2F5BEED4" w14:textId="574E35BF" w:rsidR="008B2495" w:rsidRDefault="008B2495" w:rsidP="008B2495">
      <w:pPr>
        <w:spacing w:after="40"/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☐</w:t>
      </w:r>
      <w:r>
        <w:rPr>
          <w:rFonts w:ascii="Aptos" w:hAnsi="Aptos"/>
          <w:sz w:val="28"/>
          <w:szCs w:val="28"/>
        </w:rPr>
        <w:t xml:space="preserve">Ik </w:t>
      </w:r>
      <w:proofErr w:type="spellStart"/>
      <w:r>
        <w:rPr>
          <w:rFonts w:ascii="Aptos" w:hAnsi="Aptos"/>
          <w:sz w:val="28"/>
          <w:szCs w:val="28"/>
        </w:rPr>
        <w:t>heb</w:t>
      </w:r>
      <w:proofErr w:type="spellEnd"/>
      <w:r>
        <w:rPr>
          <w:rFonts w:ascii="Aptos" w:hAnsi="Aptos"/>
          <w:sz w:val="28"/>
          <w:szCs w:val="28"/>
        </w:rPr>
        <w:t xml:space="preserve"> 80 – 100 woorden. </w:t>
      </w:r>
    </w:p>
    <w:p w14:paraId="74E6032B" w14:textId="77777777" w:rsidR="008B2495" w:rsidRDefault="008B2495" w:rsidP="008B2495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>
        <w:rPr>
          <w:rFonts w:ascii="Aptos" w:hAnsi="Aptos"/>
          <w:sz w:val="28"/>
          <w:szCs w:val="28"/>
        </w:rPr>
        <w:t xml:space="preserve"> Ik </w:t>
      </w:r>
      <w:proofErr w:type="spellStart"/>
      <w:r>
        <w:rPr>
          <w:rFonts w:ascii="Aptos" w:hAnsi="Aptos"/>
          <w:sz w:val="28"/>
          <w:szCs w:val="28"/>
        </w:rPr>
        <w:t>heb</w:t>
      </w:r>
      <w:proofErr w:type="spellEnd"/>
      <w:r>
        <w:rPr>
          <w:rFonts w:ascii="Aptos" w:hAnsi="Aptos"/>
          <w:sz w:val="28"/>
          <w:szCs w:val="28"/>
        </w:rPr>
        <w:t xml:space="preserve"> </w:t>
      </w:r>
      <w:proofErr w:type="spellStart"/>
      <w:r>
        <w:rPr>
          <w:rFonts w:ascii="Aptos" w:hAnsi="Aptos"/>
          <w:sz w:val="28"/>
          <w:szCs w:val="28"/>
        </w:rPr>
        <w:t>hoofdletters</w:t>
      </w:r>
      <w:proofErr w:type="spellEnd"/>
      <w:r>
        <w:rPr>
          <w:rFonts w:ascii="Aptos" w:hAnsi="Aptos"/>
          <w:sz w:val="28"/>
          <w:szCs w:val="28"/>
        </w:rPr>
        <w:t xml:space="preserve"> en </w:t>
      </w:r>
      <w:proofErr w:type="spellStart"/>
      <w:r>
        <w:rPr>
          <w:rFonts w:ascii="Aptos" w:hAnsi="Aptos"/>
          <w:sz w:val="28"/>
          <w:szCs w:val="28"/>
        </w:rPr>
        <w:t>punten</w:t>
      </w:r>
      <w:proofErr w:type="spellEnd"/>
      <w:r>
        <w:rPr>
          <w:rFonts w:ascii="Aptos" w:hAnsi="Aptos"/>
          <w:sz w:val="28"/>
          <w:szCs w:val="28"/>
        </w:rPr>
        <w:t xml:space="preserve"> </w:t>
      </w:r>
      <w:proofErr w:type="spellStart"/>
      <w:r>
        <w:rPr>
          <w:rFonts w:ascii="Aptos" w:hAnsi="Aptos"/>
          <w:sz w:val="28"/>
          <w:szCs w:val="28"/>
        </w:rPr>
        <w:t>gebruikt</w:t>
      </w:r>
      <w:proofErr w:type="spellEnd"/>
      <w:r>
        <w:rPr>
          <w:rFonts w:ascii="Aptos" w:hAnsi="Aptos"/>
          <w:sz w:val="28"/>
          <w:szCs w:val="28"/>
        </w:rPr>
        <w:t xml:space="preserve">. </w:t>
      </w:r>
    </w:p>
    <w:p w14:paraId="3C5BF893" w14:textId="77777777" w:rsidR="008B2495" w:rsidRDefault="008B2495">
      <w:pPr>
        <w:spacing w:after="40"/>
        <w:rPr>
          <w:rFonts w:ascii="Aptos" w:hAnsi="Aptos"/>
          <w:sz w:val="28"/>
          <w:szCs w:val="28"/>
        </w:rPr>
      </w:pPr>
    </w:p>
    <w:p w14:paraId="3C5B25E3" w14:textId="77777777" w:rsidR="000F56DF" w:rsidRDefault="000F56DF">
      <w:pPr>
        <w:spacing w:after="40"/>
        <w:rPr>
          <w:rFonts w:ascii="Aptos" w:hAnsi="Aptos"/>
          <w:sz w:val="28"/>
          <w:szCs w:val="28"/>
        </w:rPr>
      </w:pPr>
    </w:p>
    <w:p w14:paraId="3695B04C" w14:textId="77777777" w:rsidR="000F56DF" w:rsidRDefault="000F56DF">
      <w:pPr>
        <w:spacing w:after="40"/>
        <w:rPr>
          <w:rFonts w:ascii="Aptos" w:hAnsi="Aptos"/>
          <w:sz w:val="28"/>
          <w:szCs w:val="28"/>
        </w:rPr>
      </w:pPr>
    </w:p>
    <w:p w14:paraId="38749D57" w14:textId="77777777" w:rsidR="000F56DF" w:rsidRDefault="000F56DF">
      <w:pPr>
        <w:spacing w:after="40"/>
        <w:rPr>
          <w:rFonts w:ascii="Aptos" w:hAnsi="Aptos"/>
          <w:sz w:val="28"/>
          <w:szCs w:val="28"/>
        </w:rPr>
      </w:pPr>
    </w:p>
    <w:p w14:paraId="59B282F5" w14:textId="77777777" w:rsidR="000F56DF" w:rsidRDefault="000F56DF">
      <w:pPr>
        <w:spacing w:after="40"/>
        <w:rPr>
          <w:rFonts w:ascii="Aptos" w:hAnsi="Aptos"/>
          <w:sz w:val="28"/>
          <w:szCs w:val="28"/>
        </w:rPr>
      </w:pPr>
    </w:p>
    <w:p w14:paraId="2489AD8F" w14:textId="77777777" w:rsidR="008B2495" w:rsidRDefault="008B2495">
      <w:pPr>
        <w:spacing w:after="40"/>
        <w:rPr>
          <w:rFonts w:ascii="Aptos" w:hAnsi="Aptos"/>
          <w:sz w:val="28"/>
          <w:szCs w:val="28"/>
        </w:rPr>
      </w:pPr>
    </w:p>
    <w:p w14:paraId="71F579D7" w14:textId="77777777" w:rsidR="008B2495" w:rsidRDefault="008B2495">
      <w:pPr>
        <w:spacing w:after="40"/>
        <w:rPr>
          <w:rFonts w:ascii="Aptos" w:hAnsi="Aptos"/>
          <w:sz w:val="28"/>
          <w:szCs w:val="28"/>
        </w:rPr>
      </w:pPr>
    </w:p>
    <w:p w14:paraId="2B3D6901" w14:textId="77777777" w:rsidR="008B2495" w:rsidRDefault="008B2495">
      <w:pPr>
        <w:spacing w:after="40"/>
        <w:rPr>
          <w:rFonts w:ascii="Aptos" w:hAnsi="Aptos"/>
          <w:sz w:val="28"/>
          <w:szCs w:val="28"/>
        </w:rPr>
      </w:pPr>
    </w:p>
    <w:p w14:paraId="79AD3A0C" w14:textId="77777777" w:rsidR="008B2495" w:rsidRDefault="008B2495">
      <w:pPr>
        <w:spacing w:after="40"/>
        <w:rPr>
          <w:rFonts w:ascii="Aptos" w:hAnsi="Aptos"/>
          <w:sz w:val="28"/>
          <w:szCs w:val="28"/>
        </w:rPr>
      </w:pPr>
    </w:p>
    <w:p w14:paraId="544E8FAE" w14:textId="77777777" w:rsidR="008B2495" w:rsidRDefault="008B2495">
      <w:pPr>
        <w:spacing w:after="40"/>
        <w:rPr>
          <w:rFonts w:ascii="Aptos" w:hAnsi="Aptos"/>
          <w:sz w:val="28"/>
          <w:szCs w:val="28"/>
        </w:rPr>
      </w:pPr>
    </w:p>
    <w:p w14:paraId="22A7B8A1" w14:textId="77777777" w:rsidR="008B2495" w:rsidRDefault="008B2495">
      <w:pPr>
        <w:spacing w:after="40"/>
        <w:rPr>
          <w:rFonts w:ascii="Aptos" w:hAnsi="Aptos"/>
          <w:sz w:val="28"/>
          <w:szCs w:val="28"/>
        </w:rPr>
      </w:pPr>
    </w:p>
    <w:p w14:paraId="40A5464E" w14:textId="77777777" w:rsidR="008B2495" w:rsidRDefault="008B2495">
      <w:pPr>
        <w:spacing w:after="40"/>
        <w:rPr>
          <w:rFonts w:ascii="Aptos" w:hAnsi="Aptos"/>
          <w:sz w:val="28"/>
          <w:szCs w:val="28"/>
        </w:rPr>
      </w:pPr>
    </w:p>
    <w:p w14:paraId="0C0419E7" w14:textId="77777777" w:rsidR="000F56DF" w:rsidRPr="000F56DF" w:rsidRDefault="000F56DF">
      <w:pPr>
        <w:spacing w:after="40"/>
        <w:rPr>
          <w:rFonts w:ascii="Aptos" w:hAnsi="Aptos"/>
          <w:sz w:val="28"/>
          <w:szCs w:val="28"/>
        </w:rPr>
      </w:pPr>
    </w:p>
    <w:p w14:paraId="075566F1" w14:textId="2718E55D" w:rsidR="00BC5697" w:rsidRPr="000F56DF" w:rsidRDefault="00BC5697">
      <w:pPr>
        <w:spacing w:before="160" w:after="80"/>
        <w:rPr>
          <w:rFonts w:ascii="Aptos" w:hAnsi="Aptos"/>
          <w:color w:val="4F81BD" w:themeColor="accent1"/>
          <w:sz w:val="28"/>
          <w:szCs w:val="28"/>
        </w:rPr>
      </w:pPr>
    </w:p>
    <w:p w14:paraId="67AB0065" w14:textId="1DF7EC35" w:rsidR="00221CBC" w:rsidRPr="00D33632" w:rsidRDefault="00221CBC" w:rsidP="00221CBC">
      <w:pPr>
        <w:spacing w:before="160" w:after="80"/>
        <w:rPr>
          <w:rFonts w:ascii="Aptos" w:hAnsi="Aptos"/>
          <w:color w:val="4F81BD" w:themeColor="accent1"/>
          <w:sz w:val="32"/>
          <w:szCs w:val="32"/>
          <w:u w:val="single"/>
        </w:rPr>
      </w:pP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lastRenderedPageBreak/>
        <w:t xml:space="preserve">Stap </w:t>
      </w:r>
      <w:proofErr w:type="gramStart"/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2  –</w:t>
      </w:r>
      <w:proofErr w:type="gramEnd"/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 </w:t>
      </w:r>
      <w:r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Je </w:t>
      </w:r>
      <w:proofErr w:type="spellStart"/>
      <w:r>
        <w:rPr>
          <w:rFonts w:ascii="Aptos" w:hAnsi="Aptos"/>
          <w:b/>
          <w:color w:val="4F81BD" w:themeColor="accent1"/>
          <w:sz w:val="32"/>
          <w:szCs w:val="32"/>
          <w:u w:val="single"/>
        </w:rPr>
        <w:t>whatsapp-bericht</w:t>
      </w:r>
      <w:proofErr w:type="spellEnd"/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 schrijven</w:t>
      </w:r>
    </w:p>
    <w:p w14:paraId="725ACE3D" w14:textId="2FA2DC45" w:rsidR="00BC5697" w:rsidRPr="000F56DF" w:rsidRDefault="00000000">
      <w:pPr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 xml:space="preserve">Gebruik je </w:t>
      </w:r>
      <w:proofErr w:type="spellStart"/>
      <w:r w:rsidR="000F56DF">
        <w:rPr>
          <w:rFonts w:ascii="Aptos" w:hAnsi="Aptos"/>
          <w:sz w:val="28"/>
          <w:szCs w:val="28"/>
        </w:rPr>
        <w:t>oefenbericht</w:t>
      </w:r>
      <w:proofErr w:type="spellEnd"/>
      <w:r w:rsidRPr="000F56DF">
        <w:rPr>
          <w:rFonts w:ascii="Aptos" w:hAnsi="Aptos"/>
          <w:sz w:val="28"/>
          <w:szCs w:val="28"/>
        </w:rPr>
        <w:t xml:space="preserve"> en de </w:t>
      </w:r>
      <w:r w:rsidR="000F56DF">
        <w:rPr>
          <w:rFonts w:ascii="Aptos" w:hAnsi="Aptos"/>
          <w:sz w:val="28"/>
          <w:szCs w:val="28"/>
        </w:rPr>
        <w:t>controlelijst</w:t>
      </w:r>
      <w:r w:rsidRPr="000F56DF">
        <w:rPr>
          <w:rFonts w:ascii="Aptos" w:hAnsi="Aptos"/>
          <w:sz w:val="28"/>
          <w:szCs w:val="28"/>
        </w:rPr>
        <w:t xml:space="preserve">. </w:t>
      </w:r>
      <w:r w:rsidR="005452C5">
        <w:rPr>
          <w:rFonts w:ascii="Aptos" w:hAnsi="Aptos"/>
          <w:sz w:val="28"/>
          <w:szCs w:val="28"/>
        </w:rPr>
        <w:br/>
      </w:r>
      <w:r w:rsidRPr="000F56DF">
        <w:rPr>
          <w:rFonts w:ascii="Aptos" w:hAnsi="Aptos"/>
          <w:sz w:val="28"/>
          <w:szCs w:val="28"/>
        </w:rPr>
        <w:t xml:space="preserve">Schrijf nu je </w:t>
      </w:r>
      <w:proofErr w:type="spellStart"/>
      <w:r w:rsidR="005452C5">
        <w:rPr>
          <w:rFonts w:ascii="Aptos" w:hAnsi="Aptos"/>
          <w:sz w:val="28"/>
          <w:szCs w:val="28"/>
        </w:rPr>
        <w:t>whatsapp-</w:t>
      </w:r>
      <w:r w:rsidRPr="000F56DF">
        <w:rPr>
          <w:rFonts w:ascii="Aptos" w:hAnsi="Aptos"/>
          <w:sz w:val="28"/>
          <w:szCs w:val="28"/>
        </w:rPr>
        <w:t>bericht</w:t>
      </w:r>
      <w:proofErr w:type="spellEnd"/>
      <w:r w:rsidRPr="000F56DF">
        <w:rPr>
          <w:rFonts w:ascii="Aptos" w:hAnsi="Aptos"/>
          <w:sz w:val="28"/>
          <w:szCs w:val="28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26"/>
      </w:tblGrid>
      <w:tr w:rsidR="00BC5697" w:rsidRPr="000F56DF" w14:paraId="119CC5A0" w14:textId="77777777">
        <w:tc>
          <w:tcPr>
            <w:tcW w:w="10426" w:type="dxa"/>
          </w:tcPr>
          <w:p w14:paraId="20A6FE30" w14:textId="77777777" w:rsidR="00BC5697" w:rsidRPr="000F56DF" w:rsidRDefault="00000000">
            <w:pPr>
              <w:rPr>
                <w:rFonts w:ascii="Aptos" w:hAnsi="Aptos"/>
                <w:sz w:val="28"/>
                <w:szCs w:val="28"/>
              </w:rPr>
            </w:pPr>
            <w:proofErr w:type="gramStart"/>
            <w:r w:rsidRPr="000F56DF">
              <w:rPr>
                <w:rFonts w:ascii="Segoe UI Emoji" w:hAnsi="Segoe UI Emoji" w:cs="Segoe UI Emoji"/>
                <w:b/>
                <w:sz w:val="28"/>
                <w:szCs w:val="28"/>
              </w:rPr>
              <w:t>💬</w:t>
            </w:r>
            <w:r w:rsidRPr="000F56DF">
              <w:rPr>
                <w:rFonts w:ascii="Aptos" w:hAnsi="Aptos"/>
                <w:b/>
                <w:sz w:val="28"/>
                <w:szCs w:val="28"/>
              </w:rPr>
              <w:t xml:space="preserve">  WhatsApp</w:t>
            </w:r>
            <w:proofErr w:type="gramEnd"/>
          </w:p>
          <w:p w14:paraId="41722D03" w14:textId="77777777" w:rsidR="00BC5697" w:rsidRPr="000F56DF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b/>
                <w:sz w:val="28"/>
                <w:szCs w:val="28"/>
              </w:rPr>
              <w:t xml:space="preserve">Aan: </w:t>
            </w:r>
            <w:r w:rsidRPr="000F56DF">
              <w:rPr>
                <w:rFonts w:ascii="Aptos" w:hAnsi="Aptos"/>
                <w:sz w:val="28"/>
                <w:szCs w:val="28"/>
              </w:rPr>
              <w:t>____________________________</w:t>
            </w:r>
          </w:p>
          <w:p w14:paraId="5435A10F" w14:textId="77777777" w:rsidR="00BC5697" w:rsidRPr="000F56DF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i/>
                <w:sz w:val="28"/>
                <w:szCs w:val="28"/>
              </w:rPr>
              <w:t>Vandaag, 14:30</w:t>
            </w:r>
          </w:p>
          <w:p w14:paraId="2870958A" w14:textId="1ADE9D44" w:rsidR="00BC5697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sz w:val="28"/>
                <w:szCs w:val="28"/>
              </w:rPr>
              <w:t xml:space="preserve">Hoi </w:t>
            </w:r>
          </w:p>
          <w:p w14:paraId="6F619EB2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442B37CE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6EC4DB4D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47DBA5FF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4281FDC6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3C6FAA86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120FE1B6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2C81AA6C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41B63DF4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750528D9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42D310A3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395AF4E4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2DD3F727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7573E0C8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3B4BABD4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1B98FF8F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6A72BCBF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31A72995" w14:textId="77777777" w:rsidR="005452C5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01171681" w14:textId="77777777" w:rsidR="005452C5" w:rsidRPr="000F56DF" w:rsidRDefault="005452C5">
            <w:pPr>
              <w:rPr>
                <w:rFonts w:ascii="Aptos" w:hAnsi="Aptos"/>
                <w:sz w:val="28"/>
                <w:szCs w:val="28"/>
              </w:rPr>
            </w:pPr>
          </w:p>
          <w:p w14:paraId="2174403E" w14:textId="77777777" w:rsidR="00BC5697" w:rsidRDefault="00000000">
            <w:pPr>
              <w:rPr>
                <w:rFonts w:ascii="Aptos" w:hAnsi="Aptos"/>
                <w:sz w:val="28"/>
                <w:szCs w:val="28"/>
              </w:rPr>
            </w:pPr>
            <w:proofErr w:type="spellStart"/>
            <w:r w:rsidRPr="000F56DF">
              <w:rPr>
                <w:rFonts w:ascii="Aptos" w:hAnsi="Aptos"/>
                <w:sz w:val="28"/>
                <w:szCs w:val="28"/>
              </w:rPr>
              <w:t>Groetjes</w:t>
            </w:r>
            <w:proofErr w:type="spellEnd"/>
            <w:r w:rsidRPr="000F56DF">
              <w:rPr>
                <w:rFonts w:ascii="Aptos" w:hAnsi="Aptos"/>
                <w:sz w:val="28"/>
                <w:szCs w:val="28"/>
              </w:rPr>
              <w:t>,</w:t>
            </w:r>
          </w:p>
          <w:p w14:paraId="22678A07" w14:textId="77777777" w:rsidR="000F56DF" w:rsidRPr="000F56DF" w:rsidRDefault="000F56DF">
            <w:pPr>
              <w:rPr>
                <w:rFonts w:ascii="Aptos" w:hAnsi="Aptos"/>
                <w:sz w:val="28"/>
                <w:szCs w:val="28"/>
              </w:rPr>
            </w:pPr>
          </w:p>
          <w:p w14:paraId="03D15B00" w14:textId="77777777" w:rsidR="00BC5697" w:rsidRPr="000F56DF" w:rsidRDefault="00000000">
            <w:pPr>
              <w:rPr>
                <w:rFonts w:ascii="Aptos" w:hAnsi="Aptos"/>
                <w:sz w:val="28"/>
                <w:szCs w:val="28"/>
              </w:rPr>
            </w:pPr>
            <w:r w:rsidRPr="000F56DF">
              <w:rPr>
                <w:rFonts w:ascii="Aptos" w:hAnsi="Aptos"/>
                <w:sz w:val="28"/>
                <w:szCs w:val="28"/>
              </w:rPr>
              <w:t>____________________________</w:t>
            </w:r>
          </w:p>
        </w:tc>
      </w:tr>
    </w:tbl>
    <w:p w14:paraId="49FAC697" w14:textId="04007F23" w:rsidR="00BC5697" w:rsidRPr="00DA4E3B" w:rsidRDefault="00000000">
      <w:pPr>
        <w:spacing w:before="160" w:after="80"/>
        <w:rPr>
          <w:rFonts w:ascii="Aptos" w:hAnsi="Aptos"/>
          <w:b/>
          <w:sz w:val="28"/>
          <w:szCs w:val="28"/>
        </w:rPr>
      </w:pPr>
      <w:r w:rsidRPr="00DA4E3B">
        <w:rPr>
          <w:rFonts w:ascii="Aptos" w:hAnsi="Aptos"/>
          <w:b/>
          <w:sz w:val="28"/>
          <w:szCs w:val="28"/>
        </w:rPr>
        <w:t xml:space="preserve">Extra </w:t>
      </w:r>
      <w:proofErr w:type="spellStart"/>
      <w:r w:rsidRPr="00DA4E3B">
        <w:rPr>
          <w:rFonts w:ascii="Aptos" w:hAnsi="Aptos"/>
          <w:b/>
          <w:sz w:val="28"/>
          <w:szCs w:val="28"/>
        </w:rPr>
        <w:t>uitdaging</w:t>
      </w:r>
      <w:proofErr w:type="spellEnd"/>
    </w:p>
    <w:p w14:paraId="34A16566" w14:textId="77777777" w:rsidR="00BC5697" w:rsidRPr="000F56DF" w:rsidRDefault="00000000">
      <w:pPr>
        <w:rPr>
          <w:rFonts w:ascii="Aptos" w:hAnsi="Aptos"/>
          <w:sz w:val="28"/>
          <w:szCs w:val="28"/>
        </w:rPr>
      </w:pPr>
      <w:r w:rsidRPr="000F56DF">
        <w:rPr>
          <w:rFonts w:ascii="Aptos" w:hAnsi="Aptos"/>
          <w:sz w:val="28"/>
          <w:szCs w:val="28"/>
        </w:rPr>
        <w:t>Gebruik één van deze woorden in een goede zin: omdat • maar • want</w:t>
      </w:r>
    </w:p>
    <w:p w14:paraId="43C6EDEF" w14:textId="21A89F83" w:rsidR="00DA4E3B" w:rsidRPr="00134F67" w:rsidRDefault="00DA4E3B" w:rsidP="00DA4E3B">
      <w:pPr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 xml:space="preserve">Lees je </w:t>
      </w:r>
      <w:proofErr w:type="spellStart"/>
      <w:r>
        <w:rPr>
          <w:rFonts w:ascii="Aptos" w:hAnsi="Aptos"/>
          <w:sz w:val="28"/>
          <w:szCs w:val="28"/>
        </w:rPr>
        <w:t>bericht</w:t>
      </w:r>
      <w:proofErr w:type="spellEnd"/>
      <w:r w:rsidRPr="00134F67">
        <w:rPr>
          <w:rFonts w:ascii="Aptos" w:hAnsi="Aptos"/>
          <w:sz w:val="28"/>
          <w:szCs w:val="28"/>
        </w:rPr>
        <w:t xml:space="preserve"> nog </w:t>
      </w:r>
      <w:proofErr w:type="spellStart"/>
      <w:r w:rsidRPr="00134F67">
        <w:rPr>
          <w:rFonts w:ascii="Aptos" w:hAnsi="Aptos"/>
          <w:sz w:val="28"/>
          <w:szCs w:val="28"/>
        </w:rPr>
        <w:t>één</w:t>
      </w:r>
      <w:proofErr w:type="spellEnd"/>
      <w:r w:rsidRPr="00134F67">
        <w:rPr>
          <w:rFonts w:ascii="Aptos" w:hAnsi="Aptos"/>
          <w:sz w:val="28"/>
          <w:szCs w:val="28"/>
        </w:rPr>
        <w:t xml:space="preserve"> </w:t>
      </w:r>
      <w:proofErr w:type="spellStart"/>
      <w:r w:rsidRPr="00134F67">
        <w:rPr>
          <w:rFonts w:ascii="Aptos" w:hAnsi="Aptos"/>
          <w:sz w:val="28"/>
          <w:szCs w:val="28"/>
        </w:rPr>
        <w:t>keer</w:t>
      </w:r>
      <w:proofErr w:type="spellEnd"/>
      <w:r>
        <w:rPr>
          <w:rFonts w:ascii="Aptos" w:hAnsi="Aptos"/>
          <w:sz w:val="28"/>
          <w:szCs w:val="28"/>
        </w:rPr>
        <w:t xml:space="preserve"> </w:t>
      </w:r>
      <w:proofErr w:type="spellStart"/>
      <w:r>
        <w:rPr>
          <w:rFonts w:ascii="Aptos" w:hAnsi="Aptos"/>
          <w:sz w:val="28"/>
          <w:szCs w:val="28"/>
        </w:rPr>
        <w:t>goed</w:t>
      </w:r>
      <w:proofErr w:type="spellEnd"/>
      <w:r>
        <w:rPr>
          <w:rFonts w:ascii="Aptos" w:hAnsi="Aptos"/>
          <w:sz w:val="28"/>
          <w:szCs w:val="28"/>
        </w:rPr>
        <w:t xml:space="preserve"> door!</w:t>
      </w:r>
      <w:r>
        <w:rPr>
          <w:rFonts w:ascii="Aptos" w:hAnsi="Aptos"/>
          <w:sz w:val="28"/>
          <w:szCs w:val="28"/>
        </w:rPr>
        <w:br/>
        <w:t xml:space="preserve">Is </w:t>
      </w:r>
      <w:proofErr w:type="spellStart"/>
      <w:r>
        <w:rPr>
          <w:rFonts w:ascii="Aptos" w:hAnsi="Aptos"/>
          <w:sz w:val="28"/>
          <w:szCs w:val="28"/>
        </w:rPr>
        <w:t>alles</w:t>
      </w:r>
      <w:proofErr w:type="spellEnd"/>
      <w:r>
        <w:rPr>
          <w:rFonts w:ascii="Aptos" w:hAnsi="Aptos"/>
          <w:sz w:val="28"/>
          <w:szCs w:val="28"/>
        </w:rPr>
        <w:t xml:space="preserve"> </w:t>
      </w:r>
      <w:proofErr w:type="spellStart"/>
      <w:r>
        <w:rPr>
          <w:rFonts w:ascii="Aptos" w:hAnsi="Aptos"/>
          <w:sz w:val="28"/>
          <w:szCs w:val="28"/>
        </w:rPr>
        <w:t>goed</w:t>
      </w:r>
      <w:proofErr w:type="spellEnd"/>
      <w:r>
        <w:rPr>
          <w:rFonts w:ascii="Aptos" w:hAnsi="Aptos"/>
          <w:sz w:val="28"/>
          <w:szCs w:val="28"/>
        </w:rPr>
        <w:t xml:space="preserve">?  lever </w:t>
      </w:r>
      <w:proofErr w:type="spellStart"/>
      <w:r>
        <w:rPr>
          <w:rFonts w:ascii="Aptos" w:hAnsi="Aptos"/>
          <w:sz w:val="28"/>
          <w:szCs w:val="28"/>
        </w:rPr>
        <w:t>dit</w:t>
      </w:r>
      <w:proofErr w:type="spellEnd"/>
      <w:r>
        <w:rPr>
          <w:rFonts w:ascii="Aptos" w:hAnsi="Aptos"/>
          <w:sz w:val="28"/>
          <w:szCs w:val="28"/>
        </w:rPr>
        <w:t xml:space="preserve"> in </w:t>
      </w:r>
      <w:proofErr w:type="spellStart"/>
      <w:r>
        <w:rPr>
          <w:rFonts w:ascii="Aptos" w:hAnsi="Aptos"/>
          <w:sz w:val="28"/>
          <w:szCs w:val="28"/>
        </w:rPr>
        <w:t>bij</w:t>
      </w:r>
      <w:proofErr w:type="spellEnd"/>
      <w:r>
        <w:rPr>
          <w:rFonts w:ascii="Aptos" w:hAnsi="Aptos"/>
          <w:sz w:val="28"/>
          <w:szCs w:val="28"/>
        </w:rPr>
        <w:t xml:space="preserve"> je docent. </w:t>
      </w:r>
    </w:p>
    <w:p w14:paraId="2EBBCC07" w14:textId="221A0C0D" w:rsidR="00BC5697" w:rsidRDefault="00BC5697"/>
    <w:sectPr w:rsidR="00BC5697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0216367">
    <w:abstractNumId w:val="8"/>
  </w:num>
  <w:num w:numId="2" w16cid:durableId="1565989359">
    <w:abstractNumId w:val="6"/>
  </w:num>
  <w:num w:numId="3" w16cid:durableId="1348293140">
    <w:abstractNumId w:val="5"/>
  </w:num>
  <w:num w:numId="4" w16cid:durableId="359359447">
    <w:abstractNumId w:val="4"/>
  </w:num>
  <w:num w:numId="5" w16cid:durableId="1318269041">
    <w:abstractNumId w:val="7"/>
  </w:num>
  <w:num w:numId="6" w16cid:durableId="153692199">
    <w:abstractNumId w:val="3"/>
  </w:num>
  <w:num w:numId="7" w16cid:durableId="2054303724">
    <w:abstractNumId w:val="2"/>
  </w:num>
  <w:num w:numId="8" w16cid:durableId="1348020466">
    <w:abstractNumId w:val="1"/>
  </w:num>
  <w:num w:numId="9" w16cid:durableId="262416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6DF"/>
    <w:rsid w:val="0015074B"/>
    <w:rsid w:val="00221CBC"/>
    <w:rsid w:val="002613EA"/>
    <w:rsid w:val="0029639D"/>
    <w:rsid w:val="002F764F"/>
    <w:rsid w:val="00326F90"/>
    <w:rsid w:val="005452C5"/>
    <w:rsid w:val="00622950"/>
    <w:rsid w:val="00710C14"/>
    <w:rsid w:val="007B2A9D"/>
    <w:rsid w:val="008B2495"/>
    <w:rsid w:val="00A24F66"/>
    <w:rsid w:val="00AA1D8D"/>
    <w:rsid w:val="00B47730"/>
    <w:rsid w:val="00B66D69"/>
    <w:rsid w:val="00BC5697"/>
    <w:rsid w:val="00CB0664"/>
    <w:rsid w:val="00DA4E3B"/>
    <w:rsid w:val="00EA19AC"/>
    <w:rsid w:val="00EF5F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CAF963"/>
  <w14:defaultImageDpi w14:val="300"/>
  <w15:docId w15:val="{A20B71FC-B5C1-49D3-A3A1-17C687B8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261</Words>
  <Characters>2264</Characters>
  <Application>Microsoft Office Word</Application>
  <DocSecurity>0</DocSecurity>
  <Lines>119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Johanne Bree</cp:lastModifiedBy>
  <cp:revision>13</cp:revision>
  <dcterms:created xsi:type="dcterms:W3CDTF">2026-09-23T11:05:00Z</dcterms:created>
  <dcterms:modified xsi:type="dcterms:W3CDTF">2026-09-23T11:11:00Z</dcterms:modified>
  <cp:category/>
</cp:coreProperties>
</file>